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E93DE" w14:textId="3081472E" w:rsidR="00443B97" w:rsidRPr="004E4A8C" w:rsidRDefault="00B30B26">
      <w:pPr>
        <w:pStyle w:val="Title"/>
        <w:rPr>
          <w:sz w:val="48"/>
          <w:szCs w:val="48"/>
        </w:rPr>
      </w:pPr>
      <w:r w:rsidRPr="004E4A8C">
        <w:rPr>
          <w:sz w:val="48"/>
          <w:szCs w:val="48"/>
        </w:rPr>
        <w:t xml:space="preserve">AEC Membership Application Form </w:t>
      </w:r>
      <w:r w:rsidR="004E4A8C" w:rsidRPr="004E4A8C">
        <w:rPr>
          <w:sz w:val="48"/>
          <w:szCs w:val="48"/>
        </w:rPr>
        <w:t>Rev</w:t>
      </w:r>
      <w:r w:rsidR="0030655E">
        <w:rPr>
          <w:sz w:val="48"/>
          <w:szCs w:val="48"/>
        </w:rPr>
        <w:t>ision</w:t>
      </w:r>
      <w:r w:rsidR="004E4A8C" w:rsidRPr="004E4A8C">
        <w:rPr>
          <w:sz w:val="48"/>
          <w:szCs w:val="48"/>
        </w:rPr>
        <w:t xml:space="preserve"> </w:t>
      </w:r>
      <w:r w:rsidR="004E4A8C">
        <w:rPr>
          <w:sz w:val="48"/>
          <w:szCs w:val="48"/>
        </w:rPr>
        <w:t>I</w:t>
      </w:r>
    </w:p>
    <w:p w14:paraId="0B170789" w14:textId="15A47770" w:rsidR="001F46AA" w:rsidRDefault="00B11090" w:rsidP="00873051">
      <w:pPr>
        <w:pStyle w:val="Heading1"/>
        <w:spacing w:before="360"/>
      </w:pPr>
      <w:r>
        <w:t>AEC Membership Requirements:</w:t>
      </w:r>
    </w:p>
    <w:p w14:paraId="7AC54A74" w14:textId="5DFE88D5" w:rsidR="005B2568" w:rsidRDefault="005B2568" w:rsidP="00B11090">
      <w:r>
        <w:t xml:space="preserve">AEC membership requirements are established in the current AEC governance documents. The AEC </w:t>
      </w:r>
      <w:r w:rsidR="00CF28C5">
        <w:t>C</w:t>
      </w:r>
      <w:r>
        <w:t xml:space="preserve">harter, Revision H, remains applicable until replaced by </w:t>
      </w:r>
      <w:r w:rsidR="00314230">
        <w:t xml:space="preserve">the AEC Bylaws. Applicant companies must agree to comply with these requirements, conduct business in the </w:t>
      </w:r>
      <w:r w:rsidR="0061382C">
        <w:t>A</w:t>
      </w:r>
      <w:r w:rsidR="00314230">
        <w:t xml:space="preserve">utomotive industry, actively participate in AEC activities, and pay the </w:t>
      </w:r>
      <w:r w:rsidR="00CD4BF5">
        <w:t xml:space="preserve">applicable annual membership dues. </w:t>
      </w:r>
    </w:p>
    <w:p w14:paraId="523A9FF3" w14:textId="252B598C" w:rsidR="00443B97" w:rsidRDefault="00B30B26" w:rsidP="00DA2FD0">
      <w:pPr>
        <w:pStyle w:val="Heading1"/>
        <w:spacing w:before="240"/>
      </w:pPr>
      <w:r>
        <w:t>Membership Type</w:t>
      </w:r>
    </w:p>
    <w:p w14:paraId="2E17058B" w14:textId="6DBC335B" w:rsidR="00443B97" w:rsidRDefault="00850CEA" w:rsidP="00850CEA">
      <w:pPr>
        <w:tabs>
          <w:tab w:val="left" w:pos="1530"/>
          <w:tab w:val="left" w:pos="3330"/>
          <w:tab w:val="left" w:pos="5400"/>
          <w:tab w:val="left" w:pos="7560"/>
        </w:tabs>
      </w:pPr>
      <w:r>
        <w:tab/>
      </w:r>
      <w:sdt>
        <w:sdtPr>
          <w:id w:val="2028440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AEA">
            <w:rPr>
              <w:rFonts w:ascii="MS Gothic" w:eastAsia="MS Gothic" w:hAnsi="MS Gothic" w:hint="eastAsia"/>
            </w:rPr>
            <w:t>☐</w:t>
          </w:r>
        </w:sdtContent>
      </w:sdt>
      <w:r w:rsidR="00B30B26">
        <w:t xml:space="preserve"> Sustaining</w:t>
      </w:r>
      <w:r w:rsidR="006C1E98">
        <w:tab/>
      </w:r>
      <w:sdt>
        <w:sdtPr>
          <w:id w:val="1207678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1F4F">
            <w:rPr>
              <w:rFonts w:ascii="MS Gothic" w:eastAsia="MS Gothic" w:hAnsi="MS Gothic" w:hint="eastAsia"/>
            </w:rPr>
            <w:t>☐</w:t>
          </w:r>
        </w:sdtContent>
      </w:sdt>
      <w:r w:rsidR="00B30B26">
        <w:t xml:space="preserve"> Technical</w:t>
      </w:r>
      <w:r w:rsidR="006C1E98">
        <w:tab/>
      </w:r>
      <w:sdt>
        <w:sdtPr>
          <w:id w:val="-693463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AEA">
            <w:rPr>
              <w:rFonts w:ascii="MS Gothic" w:eastAsia="MS Gothic" w:hAnsi="MS Gothic" w:hint="eastAsia"/>
            </w:rPr>
            <w:t>☐</w:t>
          </w:r>
        </w:sdtContent>
      </w:sdt>
      <w:r w:rsidR="009C6223">
        <w:t xml:space="preserve"> </w:t>
      </w:r>
      <w:r w:rsidR="00B30B26">
        <w:t>Associate</w:t>
      </w:r>
      <w:r w:rsidR="006C1E98">
        <w:tab/>
      </w:r>
      <w:sdt>
        <w:sdtPr>
          <w:id w:val="-1238325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AEA">
            <w:rPr>
              <w:rFonts w:ascii="MS Gothic" w:eastAsia="MS Gothic" w:hAnsi="MS Gothic" w:hint="eastAsia"/>
            </w:rPr>
            <w:t>☐</w:t>
          </w:r>
        </w:sdtContent>
      </w:sdt>
      <w:r w:rsidR="00B30B26">
        <w:t xml:space="preserve"> Guest</w:t>
      </w:r>
    </w:p>
    <w:p w14:paraId="443C7E49" w14:textId="77777777" w:rsidR="00443B97" w:rsidRDefault="00B30B26" w:rsidP="00EF1104">
      <w:pPr>
        <w:pStyle w:val="Heading1"/>
        <w:spacing w:before="240"/>
      </w:pPr>
      <w:r>
        <w:t>Company Information</w:t>
      </w:r>
    </w:p>
    <w:p w14:paraId="5FC599B9" w14:textId="59F49A58" w:rsidR="00443B97" w:rsidRDefault="00B30B26" w:rsidP="00F95E58">
      <w:pPr>
        <w:spacing w:after="120"/>
      </w:pPr>
      <w:r>
        <w:t xml:space="preserve">Company Name: </w:t>
      </w:r>
      <w:sdt>
        <w:sdtPr>
          <w:rPr>
            <w:rStyle w:val="Style1"/>
          </w:rPr>
          <w:id w:val="-1729757025"/>
          <w:placeholder>
            <w:docPart w:val="5C0ECF78FB984A0891D72D0B0F41BD68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A64AEA" w:rsidRPr="006C1E98">
            <w:rPr>
              <w:rStyle w:val="PlaceholderText"/>
              <w:u w:val="single"/>
            </w:rPr>
            <w:t>Click or tap here to enter text.</w:t>
          </w:r>
        </w:sdtContent>
      </w:sdt>
    </w:p>
    <w:p w14:paraId="3AA73AEE" w14:textId="1C9E581B" w:rsidR="00443B97" w:rsidRDefault="00B30B26" w:rsidP="00F95E58">
      <w:pPr>
        <w:spacing w:after="120"/>
      </w:pPr>
      <w:r>
        <w:t xml:space="preserve">Company Address: </w:t>
      </w:r>
      <w:sdt>
        <w:sdtPr>
          <w:rPr>
            <w:rStyle w:val="Style1"/>
          </w:rPr>
          <w:id w:val="1447348788"/>
          <w:placeholder>
            <w:docPart w:val="9B6332AAA6494691BBB0681C63827E92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6C1E98" w:rsidRPr="006C1E98">
            <w:rPr>
              <w:rStyle w:val="PlaceholderText"/>
              <w:u w:val="single"/>
            </w:rPr>
            <w:t>Click or tap here to enter text.</w:t>
          </w:r>
        </w:sdtContent>
      </w:sdt>
    </w:p>
    <w:p w14:paraId="57001A1E" w14:textId="7705AFE5" w:rsidR="001952BD" w:rsidRDefault="00B30B26" w:rsidP="00F95E58">
      <w:pPr>
        <w:tabs>
          <w:tab w:val="left" w:pos="1620"/>
          <w:tab w:val="left" w:pos="3330"/>
          <w:tab w:val="left" w:pos="5400"/>
          <w:tab w:val="left" w:pos="7560"/>
        </w:tabs>
        <w:spacing w:after="0"/>
      </w:pPr>
      <w:r>
        <w:t xml:space="preserve">Company </w:t>
      </w:r>
      <w:r w:rsidR="006E5868">
        <w:t xml:space="preserve">Automotive </w:t>
      </w:r>
      <w:r w:rsidR="001952BD">
        <w:t>Supply Chain Position</w:t>
      </w:r>
      <w:r>
        <w:t xml:space="preserve">: </w:t>
      </w:r>
      <w:r w:rsidR="00F95E58">
        <w:t xml:space="preserve">(Select </w:t>
      </w:r>
      <w:r w:rsidR="005D0AFF">
        <w:t>only 1)</w:t>
      </w:r>
    </w:p>
    <w:p w14:paraId="75E816BD" w14:textId="4DE43245" w:rsidR="00443B97" w:rsidRDefault="001952BD" w:rsidP="00F95E58">
      <w:pPr>
        <w:tabs>
          <w:tab w:val="left" w:pos="1530"/>
          <w:tab w:val="left" w:pos="3330"/>
          <w:tab w:val="left" w:pos="5400"/>
          <w:tab w:val="left" w:pos="7560"/>
        </w:tabs>
        <w:spacing w:after="120"/>
      </w:pPr>
      <w:r>
        <w:tab/>
      </w:r>
      <w:sdt>
        <w:sdtPr>
          <w:id w:val="-1078676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1F4F">
            <w:rPr>
              <w:rFonts w:ascii="MS Gothic" w:eastAsia="MS Gothic" w:hAnsi="MS Gothic" w:hint="eastAsia"/>
            </w:rPr>
            <w:t>☐</w:t>
          </w:r>
        </w:sdtContent>
      </w:sdt>
      <w:r w:rsidR="00B30B26">
        <w:t xml:space="preserve"> User / Tier 1</w:t>
      </w:r>
      <w:r w:rsidR="006C1E98">
        <w:tab/>
      </w:r>
      <w:sdt>
        <w:sdtPr>
          <w:id w:val="-720668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1F4F">
            <w:rPr>
              <w:rFonts w:ascii="MS Gothic" w:eastAsia="MS Gothic" w:hAnsi="MS Gothic" w:hint="eastAsia"/>
            </w:rPr>
            <w:t>☐</w:t>
          </w:r>
        </w:sdtContent>
      </w:sdt>
      <w:r w:rsidR="00B30B26">
        <w:t xml:space="preserve"> Supplier / Tier 2</w:t>
      </w:r>
      <w:r w:rsidR="006C1E98">
        <w:tab/>
      </w:r>
      <w:sdt>
        <w:sdtPr>
          <w:id w:val="-1062634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1F4F">
            <w:rPr>
              <w:rFonts w:ascii="MS Gothic" w:eastAsia="MS Gothic" w:hAnsi="MS Gothic" w:hint="eastAsia"/>
            </w:rPr>
            <w:t>☐</w:t>
          </w:r>
        </w:sdtContent>
      </w:sdt>
      <w:r w:rsidR="00B30B26">
        <w:t xml:space="preserve"> Support / Tier 3</w:t>
      </w:r>
      <w:r w:rsidR="006C1E98">
        <w:tab/>
      </w:r>
      <w:sdt>
        <w:sdtPr>
          <w:id w:val="2065760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1F4F">
            <w:rPr>
              <w:rFonts w:ascii="MS Gothic" w:eastAsia="MS Gothic" w:hAnsi="MS Gothic" w:hint="eastAsia"/>
            </w:rPr>
            <w:t>☐</w:t>
          </w:r>
        </w:sdtContent>
      </w:sdt>
      <w:r w:rsidR="00B30B26">
        <w:t xml:space="preserve"> Other</w:t>
      </w:r>
    </w:p>
    <w:p w14:paraId="63BD56EE" w14:textId="40D46D61" w:rsidR="00443B97" w:rsidRDefault="00B30B26">
      <w:r>
        <w:t xml:space="preserve">Company Business (description): </w:t>
      </w:r>
      <w:sdt>
        <w:sdtPr>
          <w:id w:val="1580794221"/>
          <w:placeholder>
            <w:docPart w:val="52D24FBC6C5C44639715AE77BD999103"/>
          </w:placeholder>
          <w:showingPlcHdr/>
        </w:sdtPr>
        <w:sdtContent>
          <w:r w:rsidR="00850CEA" w:rsidRPr="00FF64E2">
            <w:rPr>
              <w:rStyle w:val="PlaceholderText"/>
              <w:u w:val="single"/>
            </w:rPr>
            <w:t>Click or tap here to enter text.</w:t>
          </w:r>
        </w:sdtContent>
      </w:sdt>
    </w:p>
    <w:p w14:paraId="71BCD57B" w14:textId="71498A9C" w:rsidR="00443B97" w:rsidRDefault="00B30B26" w:rsidP="00EF1104">
      <w:pPr>
        <w:pStyle w:val="Heading1"/>
        <w:spacing w:before="240" w:line="240" w:lineRule="auto"/>
      </w:pPr>
      <w:r>
        <w:t>Primary Representative</w:t>
      </w:r>
    </w:p>
    <w:p w14:paraId="11F1155E" w14:textId="6394EB1E" w:rsidR="00551B82" w:rsidRPr="00551B82" w:rsidRDefault="00551B82" w:rsidP="00551B82">
      <w:pPr>
        <w:spacing w:after="0"/>
      </w:pPr>
      <w:r>
        <w:t>(for contact and meeting planning information)</w:t>
      </w:r>
    </w:p>
    <w:p w14:paraId="7456B489" w14:textId="319CB0BF" w:rsidR="00443B97" w:rsidRDefault="00B30B26" w:rsidP="0034730E">
      <w:pPr>
        <w:tabs>
          <w:tab w:val="left" w:pos="1260"/>
        </w:tabs>
        <w:spacing w:after="0"/>
      </w:pPr>
      <w:r>
        <w:t>Name:</w:t>
      </w:r>
      <w:r w:rsidR="00850CEA">
        <w:tab/>
      </w:r>
      <w:sdt>
        <w:sdtPr>
          <w:rPr>
            <w:rStyle w:val="Style1"/>
          </w:rPr>
          <w:id w:val="-1312950875"/>
          <w:placeholder>
            <w:docPart w:val="0BBFE8E03E7E4F9E99878EA2EC4864A1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34730E" w:rsidRPr="0034730E">
            <w:rPr>
              <w:rStyle w:val="PlaceholderText"/>
              <w:u w:val="single"/>
            </w:rPr>
            <w:t>Click or tap here to enter text.</w:t>
          </w:r>
        </w:sdtContent>
      </w:sdt>
    </w:p>
    <w:p w14:paraId="3D58D87E" w14:textId="0BAC2A34" w:rsidR="00443B97" w:rsidRDefault="00B30B26" w:rsidP="0034730E">
      <w:pPr>
        <w:tabs>
          <w:tab w:val="left" w:pos="1260"/>
        </w:tabs>
        <w:spacing w:after="0"/>
      </w:pPr>
      <w:r>
        <w:t>Title:</w:t>
      </w:r>
      <w:r w:rsidR="00850CEA">
        <w:tab/>
      </w:r>
      <w:sdt>
        <w:sdtPr>
          <w:rPr>
            <w:rStyle w:val="Style1"/>
          </w:rPr>
          <w:id w:val="180549256"/>
          <w:placeholder>
            <w:docPart w:val="A8597B5CF26340F79D012BE04ECADBB9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34730E" w:rsidRPr="0034730E">
            <w:rPr>
              <w:rStyle w:val="PlaceholderText"/>
              <w:u w:val="single"/>
            </w:rPr>
            <w:t>Click or tap here to enter text.</w:t>
          </w:r>
        </w:sdtContent>
      </w:sdt>
    </w:p>
    <w:p w14:paraId="147622D5" w14:textId="68E39A18" w:rsidR="00443B97" w:rsidRDefault="00BE659E" w:rsidP="0034730E">
      <w:pPr>
        <w:tabs>
          <w:tab w:val="left" w:pos="1260"/>
        </w:tabs>
        <w:spacing w:after="0"/>
      </w:pPr>
      <w:r>
        <w:t>Country</w:t>
      </w:r>
      <w:r w:rsidR="00B30B26">
        <w:t>:</w:t>
      </w:r>
      <w:r w:rsidR="00850CEA">
        <w:tab/>
      </w:r>
      <w:sdt>
        <w:sdtPr>
          <w:id w:val="-599324687"/>
          <w:placeholder>
            <w:docPart w:val="41C443FD319F47FD82C1B0C68B6E914D"/>
          </w:placeholder>
          <w:showingPlcHdr/>
        </w:sdtPr>
        <w:sdtContent>
          <w:r w:rsidR="0034730E" w:rsidRPr="0034730E">
            <w:rPr>
              <w:rStyle w:val="PlaceholderText"/>
              <w:u w:val="single"/>
            </w:rPr>
            <w:t>Click or tap here to enter text.</w:t>
          </w:r>
        </w:sdtContent>
      </w:sdt>
    </w:p>
    <w:p w14:paraId="1322FCAE" w14:textId="6CA82FF3" w:rsidR="00443B97" w:rsidRDefault="00B30B26" w:rsidP="0034730E">
      <w:pPr>
        <w:tabs>
          <w:tab w:val="left" w:pos="1260"/>
        </w:tabs>
        <w:spacing w:after="0"/>
      </w:pPr>
      <w:r>
        <w:t>Telephone:</w:t>
      </w:r>
      <w:r w:rsidR="00850CEA">
        <w:tab/>
      </w:r>
      <w:sdt>
        <w:sdtPr>
          <w:rPr>
            <w:u w:val="single"/>
          </w:rPr>
          <w:id w:val="19051721"/>
          <w:placeholder>
            <w:docPart w:val="3605071C7C49406DABB12BA0DD898DB2"/>
          </w:placeholder>
          <w:showingPlcHdr/>
        </w:sdtPr>
        <w:sdtContent>
          <w:r w:rsidR="00FF64E2" w:rsidRPr="00FF64E2">
            <w:rPr>
              <w:rStyle w:val="PlaceholderText"/>
              <w:u w:val="single"/>
            </w:rPr>
            <w:t>Click or tap here to enter text.</w:t>
          </w:r>
        </w:sdtContent>
      </w:sdt>
    </w:p>
    <w:p w14:paraId="404454A3" w14:textId="33DC1263" w:rsidR="00443B97" w:rsidRDefault="00B30B26" w:rsidP="0034730E">
      <w:pPr>
        <w:tabs>
          <w:tab w:val="left" w:pos="1260"/>
        </w:tabs>
        <w:spacing w:after="0"/>
      </w:pPr>
      <w:r>
        <w:t>Email:</w:t>
      </w:r>
      <w:r w:rsidR="00850CEA">
        <w:tab/>
      </w:r>
      <w:sdt>
        <w:sdtPr>
          <w:rPr>
            <w:u w:val="single"/>
          </w:rPr>
          <w:id w:val="2065369056"/>
          <w:placeholder>
            <w:docPart w:val="AF3827D7FAF946B89492F5B55D63668B"/>
          </w:placeholder>
          <w:showingPlcHdr/>
        </w:sdtPr>
        <w:sdtContent>
          <w:r w:rsidR="00FF64E2" w:rsidRPr="00FF64E2">
            <w:rPr>
              <w:rStyle w:val="PlaceholderText"/>
              <w:u w:val="single"/>
            </w:rPr>
            <w:t>Click or tap here to enter text.</w:t>
          </w:r>
        </w:sdtContent>
      </w:sdt>
    </w:p>
    <w:p w14:paraId="319AB7CD" w14:textId="1823E542" w:rsidR="00021171" w:rsidRDefault="00021171" w:rsidP="00EF1104">
      <w:pPr>
        <w:pStyle w:val="Heading1"/>
        <w:spacing w:before="240"/>
      </w:pPr>
      <w:r>
        <w:t xml:space="preserve">Additional </w:t>
      </w:r>
      <w:r w:rsidR="001C5592">
        <w:t>Information</w:t>
      </w:r>
      <w:r>
        <w:t xml:space="preserve"> </w:t>
      </w:r>
      <w:r w:rsidR="001C5592">
        <w:t>A</w:t>
      </w:r>
      <w:r w:rsidR="00551B82">
        <w:t xml:space="preserve">bout </w:t>
      </w:r>
      <w:r w:rsidR="001C5592">
        <w:t>A</w:t>
      </w:r>
      <w:r w:rsidR="00551B82">
        <w:t>pplicant</w:t>
      </w:r>
      <w:r>
        <w:t xml:space="preserve"> </w:t>
      </w:r>
      <w:r w:rsidR="001C5592">
        <w:t>C</w:t>
      </w:r>
      <w:r>
        <w:t>ompany</w:t>
      </w:r>
    </w:p>
    <w:p w14:paraId="7EC9EDDA" w14:textId="6DADC01A" w:rsidR="00850CEA" w:rsidRDefault="001C5592" w:rsidP="00C53B2E">
      <w:pPr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Describe </w:t>
      </w:r>
      <w:r w:rsidR="00694B46">
        <w:rPr>
          <w:rFonts w:ascii="Calibri" w:eastAsia="Times New Roman" w:hAnsi="Calibri" w:cs="Calibri"/>
          <w:color w:val="000000"/>
        </w:rPr>
        <w:t xml:space="preserve">your </w:t>
      </w:r>
      <w:r w:rsidR="00021171" w:rsidRPr="00021171">
        <w:rPr>
          <w:rFonts w:ascii="Calibri" w:eastAsia="Times New Roman" w:hAnsi="Calibri" w:cs="Calibri"/>
          <w:color w:val="000000"/>
        </w:rPr>
        <w:t xml:space="preserve">company’s involvement </w:t>
      </w:r>
      <w:r w:rsidR="00694B46">
        <w:rPr>
          <w:rFonts w:ascii="Calibri" w:eastAsia="Times New Roman" w:hAnsi="Calibri" w:cs="Calibri"/>
          <w:color w:val="000000"/>
        </w:rPr>
        <w:t>in</w:t>
      </w:r>
      <w:r w:rsidR="00021171" w:rsidRPr="00021171">
        <w:rPr>
          <w:rFonts w:ascii="Calibri" w:eastAsia="Times New Roman" w:hAnsi="Calibri" w:cs="Calibri"/>
          <w:color w:val="000000"/>
        </w:rPr>
        <w:t xml:space="preserve"> the Automotive industry</w:t>
      </w:r>
      <w:r w:rsidR="00AA05C8">
        <w:rPr>
          <w:rFonts w:ascii="Calibri" w:eastAsia="Times New Roman" w:hAnsi="Calibri" w:cs="Calibri"/>
          <w:color w:val="000000"/>
        </w:rPr>
        <w:t>.</w:t>
      </w:r>
    </w:p>
    <w:p w14:paraId="178A0479" w14:textId="23B6BB42" w:rsidR="00021171" w:rsidRDefault="00000000" w:rsidP="00021171">
      <w:sdt>
        <w:sdtPr>
          <w:id w:val="-1928257811"/>
          <w:placeholder>
            <w:docPart w:val="118C90F300AE4E738FF80AACAF9E5972"/>
          </w:placeholder>
          <w:showingPlcHdr/>
        </w:sdtPr>
        <w:sdtContent>
          <w:r w:rsidR="00850CEA" w:rsidRPr="0034730E">
            <w:rPr>
              <w:rStyle w:val="PlaceholderText"/>
              <w:u w:val="single"/>
            </w:rPr>
            <w:t>Click or tap here to enter text.</w:t>
          </w:r>
        </w:sdtContent>
      </w:sdt>
    </w:p>
    <w:p w14:paraId="7D6B6C6D" w14:textId="42BC9598" w:rsidR="00021171" w:rsidRDefault="00021171" w:rsidP="00EF0211">
      <w:pPr>
        <w:tabs>
          <w:tab w:val="left" w:pos="6480"/>
          <w:tab w:val="left" w:pos="7650"/>
        </w:tabs>
        <w:spacing w:after="120"/>
        <w:rPr>
          <w:rFonts w:ascii="Calibri" w:eastAsia="Times New Roman" w:hAnsi="Calibri" w:cs="Calibri"/>
          <w:color w:val="000000"/>
        </w:rPr>
      </w:pPr>
      <w:r w:rsidRPr="00021171">
        <w:rPr>
          <w:rFonts w:ascii="Calibri" w:eastAsia="Times New Roman" w:hAnsi="Calibri" w:cs="Calibri"/>
          <w:color w:val="000000"/>
        </w:rPr>
        <w:t>Do you or someone within your company have any experience or familiarity with AEC requirements and specifications?</w:t>
      </w:r>
      <w:r w:rsidR="00E73651">
        <w:rPr>
          <w:rFonts w:ascii="Calibri" w:eastAsia="Times New Roman" w:hAnsi="Calibri" w:cs="Calibri"/>
          <w:color w:val="000000"/>
        </w:rPr>
        <w:tab/>
      </w:r>
      <w:sdt>
        <w:sdtPr>
          <w:rPr>
            <w:rFonts w:ascii="Calibri" w:eastAsia="Times New Roman" w:hAnsi="Calibri" w:cs="Calibri"/>
            <w:color w:val="000000"/>
          </w:rPr>
          <w:id w:val="1825229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1F4F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E02F38">
        <w:rPr>
          <w:rFonts w:ascii="Calibri" w:eastAsia="Times New Roman" w:hAnsi="Calibri" w:cs="Calibri"/>
          <w:color w:val="000000"/>
        </w:rPr>
        <w:t xml:space="preserve"> Yes</w:t>
      </w:r>
      <w:r w:rsidR="00E73651">
        <w:rPr>
          <w:rFonts w:ascii="Calibri" w:eastAsia="Times New Roman" w:hAnsi="Calibri" w:cs="Calibri"/>
          <w:color w:val="000000"/>
        </w:rPr>
        <w:t xml:space="preserve"> </w:t>
      </w:r>
      <w:r w:rsidR="00E73651">
        <w:rPr>
          <w:rFonts w:ascii="Calibri" w:eastAsia="Times New Roman" w:hAnsi="Calibri" w:cs="Calibri"/>
          <w:color w:val="000000"/>
        </w:rPr>
        <w:tab/>
      </w:r>
      <w:sdt>
        <w:sdtPr>
          <w:rPr>
            <w:rFonts w:ascii="Calibri" w:eastAsia="Times New Roman" w:hAnsi="Calibri" w:cs="Calibri"/>
            <w:color w:val="000000"/>
          </w:rPr>
          <w:id w:val="-430355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1F4F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E73651">
        <w:rPr>
          <w:rFonts w:ascii="Calibri" w:eastAsia="Times New Roman" w:hAnsi="Calibri" w:cs="Calibri"/>
          <w:color w:val="000000"/>
        </w:rPr>
        <w:t xml:space="preserve"> No</w:t>
      </w:r>
    </w:p>
    <w:p w14:paraId="764EC44B" w14:textId="2A27935B" w:rsidR="00021171" w:rsidRDefault="00E73651" w:rsidP="00021171">
      <w:r w:rsidRPr="00A9515D">
        <w:rPr>
          <w:rStyle w:val="Style1"/>
          <w:u w:val="none"/>
        </w:rPr>
        <w:t>If yes, please describe:</w:t>
      </w:r>
      <w:r>
        <w:rPr>
          <w:rStyle w:val="Style1"/>
        </w:rPr>
        <w:t xml:space="preserve"> </w:t>
      </w:r>
      <w:r w:rsidR="00A9515D">
        <w:rPr>
          <w:rStyle w:val="Style1"/>
        </w:rPr>
        <w:t xml:space="preserve"> </w:t>
      </w:r>
      <w:sdt>
        <w:sdtPr>
          <w:rPr>
            <w:rStyle w:val="Style1"/>
          </w:rPr>
          <w:id w:val="118499464"/>
          <w:placeholder>
            <w:docPart w:val="F8A4F4040A25435E9D733D8E715BD244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850CEA" w:rsidRPr="0034730E">
            <w:rPr>
              <w:rStyle w:val="PlaceholderText"/>
              <w:u w:val="single"/>
            </w:rPr>
            <w:t>Click or tap here to enter text.</w:t>
          </w:r>
        </w:sdtContent>
      </w:sdt>
    </w:p>
    <w:p w14:paraId="5BC0C7F3" w14:textId="6C2254D0" w:rsidR="00C53B2E" w:rsidRDefault="002F2B38" w:rsidP="00477C80">
      <w:pPr>
        <w:tabs>
          <w:tab w:val="left" w:pos="1530"/>
          <w:tab w:val="left" w:pos="3330"/>
          <w:tab w:val="left" w:pos="5400"/>
          <w:tab w:val="left" w:pos="7560"/>
        </w:tabs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Describe the extent of your company’s business </w:t>
      </w:r>
      <w:r w:rsidR="009339C3">
        <w:rPr>
          <w:rFonts w:ascii="Calibri" w:eastAsia="Times New Roman" w:hAnsi="Calibri" w:cs="Calibri"/>
          <w:color w:val="000000"/>
        </w:rPr>
        <w:t xml:space="preserve">in </w:t>
      </w:r>
      <w:r w:rsidR="0061382C">
        <w:rPr>
          <w:rFonts w:ascii="Calibri" w:eastAsia="Times New Roman" w:hAnsi="Calibri" w:cs="Calibri"/>
          <w:color w:val="000000"/>
        </w:rPr>
        <w:t>A</w:t>
      </w:r>
      <w:r w:rsidR="009339C3">
        <w:rPr>
          <w:rFonts w:ascii="Calibri" w:eastAsia="Times New Roman" w:hAnsi="Calibri" w:cs="Calibri"/>
          <w:color w:val="000000"/>
        </w:rPr>
        <w:t xml:space="preserve">utomotive electronics and how it supports your proposed </w:t>
      </w:r>
      <w:r w:rsidR="00477C80">
        <w:rPr>
          <w:rFonts w:ascii="Calibri" w:eastAsia="Times New Roman" w:hAnsi="Calibri" w:cs="Calibri"/>
          <w:color w:val="000000"/>
        </w:rPr>
        <w:t>participation</w:t>
      </w:r>
      <w:r w:rsidR="009339C3">
        <w:rPr>
          <w:rFonts w:ascii="Calibri" w:eastAsia="Times New Roman" w:hAnsi="Calibri" w:cs="Calibri"/>
          <w:color w:val="000000"/>
        </w:rPr>
        <w:t xml:space="preserve"> in AEC?</w:t>
      </w:r>
    </w:p>
    <w:p w14:paraId="68010B26" w14:textId="759EA4A2" w:rsidR="00021171" w:rsidRDefault="00021171" w:rsidP="00021171">
      <w:r>
        <w:t xml:space="preserve"> </w:t>
      </w:r>
      <w:sdt>
        <w:sdtPr>
          <w:rPr>
            <w:rStyle w:val="Style1"/>
          </w:rPr>
          <w:id w:val="-2138242186"/>
          <w:placeholder>
            <w:docPart w:val="FF15593A1B324D8FBD88759A6F46430F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850CEA" w:rsidRPr="0034730E">
            <w:rPr>
              <w:rStyle w:val="PlaceholderText"/>
              <w:u w:val="single"/>
            </w:rPr>
            <w:t>Click or tap here to enter text.</w:t>
          </w:r>
        </w:sdtContent>
      </w:sdt>
    </w:p>
    <w:p w14:paraId="5FDAA079" w14:textId="6F62740E" w:rsidR="00021171" w:rsidRDefault="00386493" w:rsidP="00DA2FD0">
      <w:pPr>
        <w:keepNext/>
        <w:keepLines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 xml:space="preserve">Describe the technical expertise and other contributions </w:t>
      </w:r>
      <w:r w:rsidR="00A176BC">
        <w:rPr>
          <w:rFonts w:ascii="Calibri" w:eastAsia="Times New Roman" w:hAnsi="Calibri" w:cs="Calibri"/>
          <w:color w:val="000000"/>
        </w:rPr>
        <w:t xml:space="preserve">that you and your company could provide to AEC discussions and to the development of </w:t>
      </w:r>
      <w:r w:rsidR="007346C8">
        <w:rPr>
          <w:rFonts w:ascii="Calibri" w:eastAsia="Times New Roman" w:hAnsi="Calibri" w:cs="Calibri"/>
          <w:color w:val="000000"/>
        </w:rPr>
        <w:t xml:space="preserve">quality and reliability specifications for </w:t>
      </w:r>
      <w:r w:rsidR="0061382C">
        <w:rPr>
          <w:rFonts w:ascii="Calibri" w:eastAsia="Times New Roman" w:hAnsi="Calibri" w:cs="Calibri"/>
          <w:color w:val="000000"/>
        </w:rPr>
        <w:t>A</w:t>
      </w:r>
      <w:r w:rsidR="007346C8">
        <w:rPr>
          <w:rFonts w:ascii="Calibri" w:eastAsia="Times New Roman" w:hAnsi="Calibri" w:cs="Calibri"/>
          <w:color w:val="000000"/>
        </w:rPr>
        <w:t>utomotive electronic</w:t>
      </w:r>
      <w:r w:rsidR="00025BFF">
        <w:rPr>
          <w:rFonts w:ascii="Calibri" w:eastAsia="Times New Roman" w:hAnsi="Calibri" w:cs="Calibri"/>
          <w:color w:val="000000"/>
        </w:rPr>
        <w:t xml:space="preserve"> components</w:t>
      </w:r>
      <w:r w:rsidR="007346C8">
        <w:rPr>
          <w:rFonts w:ascii="Calibri" w:eastAsia="Times New Roman" w:hAnsi="Calibri" w:cs="Calibri"/>
          <w:color w:val="000000"/>
        </w:rPr>
        <w:t xml:space="preserve">. </w:t>
      </w:r>
    </w:p>
    <w:sdt>
      <w:sdtPr>
        <w:rPr>
          <w:rStyle w:val="Style1"/>
        </w:rPr>
        <w:id w:val="299434339"/>
        <w:placeholder>
          <w:docPart w:val="3861B9DCBDB943258D677CDA8177C29A"/>
        </w:placeholder>
        <w:showingPlcHdr/>
      </w:sdtPr>
      <w:sdtEndPr>
        <w:rPr>
          <w:rStyle w:val="DefaultParagraphFont"/>
          <w:u w:val="none"/>
        </w:rPr>
      </w:sdtEndPr>
      <w:sdtContent>
        <w:p w14:paraId="7A63EE9B" w14:textId="4E8335F6" w:rsidR="004E4A8C" w:rsidRDefault="00850CEA" w:rsidP="00DA2FD0">
          <w:pPr>
            <w:keepNext/>
            <w:keepLines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sdtContent>
    </w:sdt>
    <w:p w14:paraId="73FE594B" w14:textId="293CB067" w:rsidR="00021171" w:rsidRDefault="00021171" w:rsidP="008C09B0">
      <w:pPr>
        <w:tabs>
          <w:tab w:val="left" w:pos="6480"/>
          <w:tab w:val="left" w:pos="7650"/>
        </w:tabs>
        <w:spacing w:after="120"/>
      </w:pPr>
      <w:r w:rsidRPr="00021171">
        <w:rPr>
          <w:rFonts w:ascii="Calibri" w:eastAsia="Times New Roman" w:hAnsi="Calibri" w:cs="Calibri"/>
          <w:color w:val="000000"/>
        </w:rPr>
        <w:t xml:space="preserve">Will your company representative and/or alternate </w:t>
      </w:r>
      <w:r w:rsidR="00025BFF">
        <w:rPr>
          <w:rFonts w:ascii="Calibri" w:eastAsia="Times New Roman" w:hAnsi="Calibri" w:cs="Calibri"/>
          <w:color w:val="000000"/>
        </w:rPr>
        <w:t xml:space="preserve">serve in </w:t>
      </w:r>
      <w:r w:rsidR="00D74BAD">
        <w:rPr>
          <w:rFonts w:ascii="Calibri" w:eastAsia="Times New Roman" w:hAnsi="Calibri" w:cs="Calibri"/>
          <w:color w:val="000000"/>
        </w:rPr>
        <w:t xml:space="preserve">a </w:t>
      </w:r>
      <w:r w:rsidR="00CA0212">
        <w:rPr>
          <w:rFonts w:ascii="Calibri" w:eastAsia="Times New Roman" w:hAnsi="Calibri" w:cs="Calibri"/>
          <w:color w:val="000000"/>
        </w:rPr>
        <w:t>product</w:t>
      </w:r>
      <w:r w:rsidR="0068713D">
        <w:rPr>
          <w:rFonts w:ascii="Calibri" w:eastAsia="Times New Roman" w:hAnsi="Calibri" w:cs="Calibri"/>
          <w:color w:val="000000"/>
        </w:rPr>
        <w:t xml:space="preserve"> </w:t>
      </w:r>
      <w:r w:rsidRPr="00021171">
        <w:rPr>
          <w:rFonts w:ascii="Calibri" w:eastAsia="Times New Roman" w:hAnsi="Calibri" w:cs="Calibri"/>
          <w:color w:val="000000"/>
        </w:rPr>
        <w:t xml:space="preserve">engineering, quality, or reliability </w:t>
      </w:r>
      <w:r w:rsidR="0068713D">
        <w:rPr>
          <w:rFonts w:ascii="Calibri" w:eastAsia="Times New Roman" w:hAnsi="Calibri" w:cs="Calibri"/>
          <w:color w:val="000000"/>
        </w:rPr>
        <w:t>role</w:t>
      </w:r>
      <w:r w:rsidRPr="00021171">
        <w:rPr>
          <w:rFonts w:ascii="Calibri" w:eastAsia="Times New Roman" w:hAnsi="Calibri" w:cs="Calibri"/>
          <w:color w:val="000000"/>
        </w:rPr>
        <w:t xml:space="preserve"> of your company </w:t>
      </w:r>
      <w:r w:rsidR="00347841">
        <w:rPr>
          <w:rFonts w:ascii="Calibri" w:eastAsia="Times New Roman" w:hAnsi="Calibri" w:cs="Calibri"/>
          <w:color w:val="000000"/>
        </w:rPr>
        <w:t>rather than a</w:t>
      </w:r>
      <w:r w:rsidRPr="00021171">
        <w:rPr>
          <w:rFonts w:ascii="Calibri" w:eastAsia="Times New Roman" w:hAnsi="Calibri" w:cs="Calibri"/>
          <w:color w:val="000000"/>
        </w:rPr>
        <w:t xml:space="preserve"> sales or marketing</w:t>
      </w:r>
      <w:r w:rsidR="00347841">
        <w:rPr>
          <w:rFonts w:ascii="Calibri" w:eastAsia="Times New Roman" w:hAnsi="Calibri" w:cs="Calibri"/>
          <w:color w:val="000000"/>
        </w:rPr>
        <w:t xml:space="preserve"> role</w:t>
      </w:r>
      <w:r w:rsidRPr="00021171">
        <w:rPr>
          <w:rFonts w:ascii="Calibri" w:eastAsia="Times New Roman" w:hAnsi="Calibri" w:cs="Calibri"/>
          <w:color w:val="000000"/>
        </w:rPr>
        <w:t>?</w:t>
      </w:r>
      <w:r w:rsidR="008C09B0" w:rsidRPr="008C09B0">
        <w:rPr>
          <w:rFonts w:ascii="Calibri" w:eastAsia="Times New Roman" w:hAnsi="Calibri" w:cs="Calibri"/>
          <w:color w:val="000000"/>
        </w:rPr>
        <w:t xml:space="preserve"> </w:t>
      </w:r>
      <w:r w:rsidR="008C09B0">
        <w:rPr>
          <w:rFonts w:ascii="Calibri" w:eastAsia="Times New Roman" w:hAnsi="Calibri" w:cs="Calibri"/>
          <w:color w:val="000000"/>
        </w:rPr>
        <w:tab/>
      </w:r>
      <w:sdt>
        <w:sdtPr>
          <w:rPr>
            <w:rFonts w:ascii="Calibri" w:eastAsia="Times New Roman" w:hAnsi="Calibri" w:cs="Calibri"/>
            <w:color w:val="000000"/>
          </w:rPr>
          <w:id w:val="-1763597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1F4F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8C09B0">
        <w:rPr>
          <w:rFonts w:ascii="Calibri" w:eastAsia="Times New Roman" w:hAnsi="Calibri" w:cs="Calibri"/>
          <w:color w:val="000000"/>
        </w:rPr>
        <w:t xml:space="preserve"> Yes </w:t>
      </w:r>
      <w:r w:rsidR="008C09B0">
        <w:rPr>
          <w:rFonts w:ascii="Calibri" w:eastAsia="Times New Roman" w:hAnsi="Calibri" w:cs="Calibri"/>
          <w:color w:val="000000"/>
        </w:rPr>
        <w:tab/>
      </w:r>
      <w:sdt>
        <w:sdtPr>
          <w:rPr>
            <w:rFonts w:ascii="Calibri" w:eastAsia="Times New Roman" w:hAnsi="Calibri" w:cs="Calibri"/>
            <w:color w:val="000000"/>
          </w:rPr>
          <w:id w:val="-155001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1F4F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8C09B0">
        <w:rPr>
          <w:rFonts w:ascii="Calibri" w:eastAsia="Times New Roman" w:hAnsi="Calibri" w:cs="Calibri"/>
          <w:color w:val="000000"/>
        </w:rPr>
        <w:t xml:space="preserve"> No</w:t>
      </w:r>
    </w:p>
    <w:p w14:paraId="0EA71E7C" w14:textId="564D1C6E" w:rsidR="00021171" w:rsidRDefault="009433AD" w:rsidP="00F7650B">
      <w:pPr>
        <w:spacing w:after="0"/>
      </w:pPr>
      <w:r w:rsidRPr="009433AD">
        <w:rPr>
          <w:rStyle w:val="Style1"/>
          <w:u w:val="none"/>
        </w:rPr>
        <w:t xml:space="preserve">State representative’s role: </w:t>
      </w:r>
      <w:sdt>
        <w:sdtPr>
          <w:rPr>
            <w:rStyle w:val="Style1"/>
          </w:rPr>
          <w:id w:val="104393321"/>
          <w:placeholder>
            <w:docPart w:val="8486F78F862F45BD8B88E41895CC6072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850CEA" w:rsidRPr="0034730E">
            <w:rPr>
              <w:rStyle w:val="PlaceholderText"/>
              <w:u w:val="single"/>
            </w:rPr>
            <w:t>Click or tap here to enter text.</w:t>
          </w:r>
        </w:sdtContent>
      </w:sdt>
    </w:p>
    <w:p w14:paraId="270BD3AF" w14:textId="2D1BF234" w:rsidR="006117EC" w:rsidRDefault="00F7650B" w:rsidP="006117EC">
      <w:pPr>
        <w:spacing w:before="240" w:after="0" w:line="240" w:lineRule="auto"/>
        <w:rPr>
          <w:rFonts w:ascii="Calibri" w:eastAsia="Times New Roman" w:hAnsi="Calibri" w:cs="Calibri"/>
          <w:color w:val="000000"/>
        </w:rPr>
      </w:pPr>
      <w:r w:rsidRPr="004E4A8C">
        <w:rPr>
          <w:rFonts w:ascii="Calibri" w:eastAsia="Times New Roman" w:hAnsi="Calibri" w:cs="Calibri"/>
          <w:color w:val="000000"/>
        </w:rPr>
        <w:t>Has your company</w:t>
      </w:r>
      <w:r w:rsidR="00441AF6">
        <w:rPr>
          <w:rFonts w:ascii="Calibri" w:eastAsia="Times New Roman" w:hAnsi="Calibri" w:cs="Calibri"/>
          <w:color w:val="000000"/>
        </w:rPr>
        <w:t>’s</w:t>
      </w:r>
      <w:r w:rsidRPr="004E4A8C">
        <w:rPr>
          <w:rFonts w:ascii="Calibri" w:eastAsia="Times New Roman" w:hAnsi="Calibri" w:cs="Calibri"/>
          <w:color w:val="000000"/>
        </w:rPr>
        <w:t xml:space="preserve"> management: </w:t>
      </w:r>
    </w:p>
    <w:p w14:paraId="694A685E" w14:textId="03B91EF2" w:rsidR="006117EC" w:rsidRPr="006117EC" w:rsidRDefault="006117EC" w:rsidP="006117EC">
      <w:pPr>
        <w:pStyle w:val="ListParagraph"/>
        <w:numPr>
          <w:ilvl w:val="0"/>
          <w:numId w:val="10"/>
        </w:numPr>
        <w:spacing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R</w:t>
      </w:r>
      <w:r w:rsidR="00F7650B" w:rsidRPr="006117EC">
        <w:rPr>
          <w:rFonts w:ascii="Calibri" w:eastAsia="Times New Roman" w:hAnsi="Calibri" w:cs="Calibri"/>
          <w:color w:val="000000"/>
        </w:rPr>
        <w:t xml:space="preserve">eviewed the </w:t>
      </w:r>
      <w:r w:rsidR="00B37E39">
        <w:rPr>
          <w:rFonts w:ascii="Calibri" w:eastAsia="Times New Roman" w:hAnsi="Calibri" w:cs="Calibri"/>
          <w:color w:val="000000"/>
        </w:rPr>
        <w:t>current</w:t>
      </w:r>
      <w:r w:rsidR="0094608A" w:rsidRPr="006117EC">
        <w:rPr>
          <w:rFonts w:ascii="Calibri" w:eastAsia="Times New Roman" w:hAnsi="Calibri" w:cs="Calibri"/>
          <w:color w:val="000000"/>
        </w:rPr>
        <w:t xml:space="preserve"> </w:t>
      </w:r>
      <w:r w:rsidR="00F7650B" w:rsidRPr="006117EC">
        <w:rPr>
          <w:rFonts w:ascii="Calibri" w:eastAsia="Times New Roman" w:hAnsi="Calibri" w:cs="Calibri"/>
          <w:color w:val="000000"/>
        </w:rPr>
        <w:t>AEC Charter or Bylaw</w:t>
      </w:r>
      <w:r w:rsidR="00441AF6">
        <w:rPr>
          <w:rFonts w:ascii="Calibri" w:eastAsia="Times New Roman" w:hAnsi="Calibri" w:cs="Calibri"/>
          <w:color w:val="000000"/>
        </w:rPr>
        <w:t>s, as applicable</w:t>
      </w:r>
      <w:r w:rsidR="00DB4D77">
        <w:rPr>
          <w:rFonts w:ascii="Calibri" w:eastAsia="Times New Roman" w:hAnsi="Calibri" w:cs="Calibri"/>
          <w:color w:val="000000"/>
        </w:rPr>
        <w:t>;</w:t>
      </w:r>
    </w:p>
    <w:p w14:paraId="2BA6570A" w14:textId="5E30A295" w:rsidR="006117EC" w:rsidRPr="006117EC" w:rsidRDefault="006117EC" w:rsidP="006117E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6117EC">
        <w:rPr>
          <w:rFonts w:ascii="Calibri" w:eastAsia="Times New Roman" w:hAnsi="Calibri" w:cs="Calibri"/>
          <w:color w:val="000000"/>
        </w:rPr>
        <w:t>Agreed</w:t>
      </w:r>
      <w:r w:rsidR="00F7650B" w:rsidRPr="006117EC">
        <w:rPr>
          <w:rFonts w:ascii="Calibri" w:eastAsia="Times New Roman" w:hAnsi="Calibri" w:cs="Calibri"/>
          <w:color w:val="000000"/>
        </w:rPr>
        <w:t xml:space="preserve"> to the requirements </w:t>
      </w:r>
      <w:r w:rsidR="00B37E39">
        <w:rPr>
          <w:rFonts w:ascii="Calibri" w:eastAsia="Times New Roman" w:hAnsi="Calibri" w:cs="Calibri"/>
          <w:color w:val="000000"/>
        </w:rPr>
        <w:t>of</w:t>
      </w:r>
      <w:r w:rsidR="00F7650B" w:rsidRPr="006117EC">
        <w:rPr>
          <w:rFonts w:ascii="Calibri" w:eastAsia="Times New Roman" w:hAnsi="Calibri" w:cs="Calibri"/>
          <w:color w:val="000000"/>
        </w:rPr>
        <w:t xml:space="preserve"> AEC membership</w:t>
      </w:r>
      <w:r w:rsidR="00745E69">
        <w:rPr>
          <w:rFonts w:ascii="Calibri" w:eastAsia="Times New Roman" w:hAnsi="Calibri" w:cs="Calibri"/>
          <w:color w:val="000000"/>
        </w:rPr>
        <w:t>;</w:t>
      </w:r>
      <w:r w:rsidR="00DB4D77">
        <w:rPr>
          <w:rFonts w:ascii="Calibri" w:eastAsia="Times New Roman" w:hAnsi="Calibri" w:cs="Calibri"/>
          <w:color w:val="000000"/>
        </w:rPr>
        <w:t xml:space="preserve"> and</w:t>
      </w:r>
    </w:p>
    <w:p w14:paraId="56F3D86C" w14:textId="7810C217" w:rsidR="00F7650B" w:rsidRDefault="006117EC" w:rsidP="006117E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6117EC">
        <w:rPr>
          <w:rFonts w:ascii="Calibri" w:eastAsia="Times New Roman" w:hAnsi="Calibri" w:cs="Calibri"/>
          <w:color w:val="000000"/>
        </w:rPr>
        <w:t>Committed</w:t>
      </w:r>
      <w:r w:rsidR="00F7650B" w:rsidRPr="006117EC">
        <w:rPr>
          <w:rFonts w:ascii="Calibri" w:eastAsia="Times New Roman" w:hAnsi="Calibri" w:cs="Calibri"/>
          <w:color w:val="000000"/>
        </w:rPr>
        <w:t xml:space="preserve"> </w:t>
      </w:r>
      <w:r w:rsidR="00BA4A8B">
        <w:rPr>
          <w:rFonts w:ascii="Calibri" w:eastAsia="Times New Roman" w:hAnsi="Calibri" w:cs="Calibri"/>
          <w:color w:val="000000"/>
        </w:rPr>
        <w:t>to</w:t>
      </w:r>
      <w:r w:rsidR="00303864">
        <w:rPr>
          <w:rFonts w:ascii="Calibri" w:eastAsia="Times New Roman" w:hAnsi="Calibri" w:cs="Calibri"/>
          <w:color w:val="000000"/>
        </w:rPr>
        <w:t xml:space="preserve"> supporting</w:t>
      </w:r>
      <w:r w:rsidR="00F7650B" w:rsidRPr="006117EC">
        <w:rPr>
          <w:rFonts w:ascii="Calibri" w:eastAsia="Times New Roman" w:hAnsi="Calibri" w:cs="Calibri"/>
          <w:color w:val="000000"/>
        </w:rPr>
        <w:t xml:space="preserve"> </w:t>
      </w:r>
      <w:r w:rsidR="0023595E">
        <w:rPr>
          <w:rFonts w:ascii="Calibri" w:eastAsia="Times New Roman" w:hAnsi="Calibri" w:cs="Calibri"/>
          <w:color w:val="000000"/>
        </w:rPr>
        <w:t xml:space="preserve">the company’s </w:t>
      </w:r>
      <w:r w:rsidR="00F7650B" w:rsidRPr="006117EC">
        <w:rPr>
          <w:rFonts w:ascii="Calibri" w:eastAsia="Times New Roman" w:hAnsi="Calibri" w:cs="Calibri"/>
          <w:color w:val="000000"/>
        </w:rPr>
        <w:t>representatives in all AEC-related activities</w:t>
      </w:r>
      <w:r w:rsidR="009951CE">
        <w:rPr>
          <w:rFonts w:ascii="Calibri" w:eastAsia="Times New Roman" w:hAnsi="Calibri" w:cs="Calibri"/>
          <w:color w:val="000000"/>
        </w:rPr>
        <w:t>?</w:t>
      </w:r>
    </w:p>
    <w:p w14:paraId="5CF0203F" w14:textId="66DCFB63" w:rsidR="00DB4D77" w:rsidRPr="006117EC" w:rsidRDefault="00000000" w:rsidP="008C09B0">
      <w:pPr>
        <w:pStyle w:val="ListParagraph"/>
        <w:tabs>
          <w:tab w:val="left" w:pos="7650"/>
        </w:tabs>
        <w:spacing w:before="100" w:beforeAutospacing="1" w:after="100" w:afterAutospacing="1" w:line="240" w:lineRule="auto"/>
        <w:ind w:left="6480"/>
        <w:rPr>
          <w:rFonts w:ascii="Calibri" w:eastAsia="Times New Roman" w:hAnsi="Calibri" w:cs="Calibri"/>
          <w:color w:val="000000"/>
        </w:rPr>
      </w:pPr>
      <w:sdt>
        <w:sdtPr>
          <w:rPr>
            <w:rFonts w:ascii="Calibri" w:eastAsia="Times New Roman" w:hAnsi="Calibri" w:cs="Calibri"/>
            <w:color w:val="000000"/>
          </w:rPr>
          <w:id w:val="103007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9B0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DB4D77">
        <w:rPr>
          <w:rFonts w:ascii="Calibri" w:eastAsia="Times New Roman" w:hAnsi="Calibri" w:cs="Calibri"/>
          <w:color w:val="000000"/>
        </w:rPr>
        <w:t xml:space="preserve"> Yes </w:t>
      </w:r>
      <w:r w:rsidR="00DB4D77">
        <w:rPr>
          <w:rFonts w:ascii="Calibri" w:eastAsia="Times New Roman" w:hAnsi="Calibri" w:cs="Calibri"/>
          <w:color w:val="000000"/>
        </w:rPr>
        <w:tab/>
      </w:r>
      <w:sdt>
        <w:sdtPr>
          <w:rPr>
            <w:rFonts w:ascii="Calibri" w:eastAsia="Times New Roman" w:hAnsi="Calibri" w:cs="Calibri"/>
            <w:color w:val="000000"/>
          </w:rPr>
          <w:id w:val="-1887718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4D77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DB4D77">
        <w:rPr>
          <w:rFonts w:ascii="Calibri" w:eastAsia="Times New Roman" w:hAnsi="Calibri" w:cs="Calibri"/>
          <w:color w:val="000000"/>
        </w:rPr>
        <w:t xml:space="preserve"> No</w:t>
      </w:r>
    </w:p>
    <w:p w14:paraId="7172BF21" w14:textId="792C6BA9" w:rsidR="001335B0" w:rsidRDefault="00F7650B" w:rsidP="008C09B0">
      <w:pPr>
        <w:tabs>
          <w:tab w:val="left" w:pos="1530"/>
          <w:tab w:val="left" w:pos="3330"/>
          <w:tab w:val="left" w:pos="6480"/>
          <w:tab w:val="left" w:pos="7650"/>
        </w:tabs>
        <w:spacing w:after="1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Is your</w:t>
      </w:r>
      <w:r w:rsidRPr="004E4A8C">
        <w:rPr>
          <w:rFonts w:ascii="Calibri" w:eastAsia="Times New Roman" w:hAnsi="Calibri" w:cs="Calibri"/>
          <w:color w:val="000000"/>
        </w:rPr>
        <w:t xml:space="preserve"> company management</w:t>
      </w:r>
      <w:r>
        <w:rPr>
          <w:rFonts w:ascii="Calibri" w:eastAsia="Times New Roman" w:hAnsi="Calibri" w:cs="Calibri"/>
          <w:color w:val="000000"/>
        </w:rPr>
        <w:t xml:space="preserve"> committed to</w:t>
      </w:r>
      <w:r w:rsidR="00EA3FD4">
        <w:rPr>
          <w:rFonts w:ascii="Calibri" w:eastAsia="Times New Roman" w:hAnsi="Calibri" w:cs="Calibri"/>
          <w:color w:val="000000"/>
        </w:rPr>
        <w:t xml:space="preserve"> paying</w:t>
      </w:r>
      <w:r>
        <w:rPr>
          <w:rFonts w:ascii="Calibri" w:eastAsia="Times New Roman" w:hAnsi="Calibri" w:cs="Calibri"/>
          <w:color w:val="000000"/>
        </w:rPr>
        <w:t xml:space="preserve"> the </w:t>
      </w:r>
      <w:r w:rsidR="00ED7788">
        <w:rPr>
          <w:rFonts w:ascii="Calibri" w:eastAsia="Times New Roman" w:hAnsi="Calibri" w:cs="Calibri"/>
          <w:color w:val="000000"/>
        </w:rPr>
        <w:t>applicable</w:t>
      </w:r>
      <w:r w:rsidR="00354277">
        <w:rPr>
          <w:rFonts w:ascii="Calibri" w:eastAsia="Times New Roman" w:hAnsi="Calibri" w:cs="Calibri"/>
          <w:color w:val="000000"/>
        </w:rPr>
        <w:t xml:space="preserve"> annual membership</w:t>
      </w:r>
      <w:r w:rsidR="00ED7788">
        <w:rPr>
          <w:rFonts w:ascii="Calibri" w:eastAsia="Times New Roman" w:hAnsi="Calibri" w:cs="Calibri"/>
          <w:color w:val="000000"/>
        </w:rPr>
        <w:t xml:space="preserve"> dues</w:t>
      </w:r>
      <w:r w:rsidR="00354277">
        <w:rPr>
          <w:rFonts w:ascii="Calibri" w:eastAsia="Times New Roman" w:hAnsi="Calibri" w:cs="Calibri"/>
          <w:color w:val="000000"/>
        </w:rPr>
        <w:t xml:space="preserve">? </w:t>
      </w:r>
      <w:r w:rsidR="00722641">
        <w:rPr>
          <w:rFonts w:ascii="Calibri" w:eastAsia="Times New Roman" w:hAnsi="Calibri" w:cs="Calibri"/>
          <w:color w:val="000000"/>
        </w:rPr>
        <w:br/>
      </w:r>
      <w:r w:rsidR="00354277">
        <w:rPr>
          <w:rFonts w:ascii="Calibri" w:eastAsia="Times New Roman" w:hAnsi="Calibri" w:cs="Calibri"/>
          <w:color w:val="000000"/>
        </w:rPr>
        <w:t>(</w:t>
      </w:r>
      <w:r w:rsidR="00C16A9B">
        <w:rPr>
          <w:rFonts w:ascii="Calibri" w:eastAsia="Times New Roman" w:hAnsi="Calibri" w:cs="Calibri"/>
          <w:color w:val="000000"/>
        </w:rPr>
        <w:t xml:space="preserve">Currently </w:t>
      </w:r>
      <w:r w:rsidR="006778DB">
        <w:rPr>
          <w:rFonts w:ascii="Calibri" w:eastAsia="Times New Roman" w:hAnsi="Calibri" w:cs="Calibri"/>
          <w:color w:val="000000"/>
        </w:rPr>
        <w:t>estimated</w:t>
      </w:r>
      <w:r w:rsidR="00C16A9B">
        <w:rPr>
          <w:rFonts w:ascii="Calibri" w:eastAsia="Times New Roman" w:hAnsi="Calibri" w:cs="Calibri"/>
          <w:color w:val="000000"/>
        </w:rPr>
        <w:t xml:space="preserve"> at $2</w:t>
      </w:r>
      <w:r w:rsidR="006778DB">
        <w:rPr>
          <w:rFonts w:ascii="Calibri" w:eastAsia="Times New Roman" w:hAnsi="Calibri" w:cs="Calibri"/>
          <w:color w:val="000000"/>
        </w:rPr>
        <w:t>6</w:t>
      </w:r>
      <w:r w:rsidR="00C16A9B">
        <w:rPr>
          <w:rFonts w:ascii="Calibri" w:eastAsia="Times New Roman" w:hAnsi="Calibri" w:cs="Calibri"/>
          <w:color w:val="000000"/>
        </w:rPr>
        <w:t>00</w:t>
      </w:r>
      <w:r w:rsidR="005376D3">
        <w:rPr>
          <w:rFonts w:ascii="Calibri" w:eastAsia="Times New Roman" w:hAnsi="Calibri" w:cs="Calibri"/>
          <w:color w:val="000000"/>
        </w:rPr>
        <w:t xml:space="preserve"> per calendar year</w:t>
      </w:r>
      <w:r w:rsidR="006778DB">
        <w:rPr>
          <w:rFonts w:ascii="Calibri" w:eastAsia="Times New Roman" w:hAnsi="Calibri" w:cs="Calibri"/>
          <w:color w:val="000000"/>
        </w:rPr>
        <w:t xml:space="preserve"> in 2027</w:t>
      </w:r>
      <w:r w:rsidR="005376D3">
        <w:rPr>
          <w:rFonts w:ascii="Calibri" w:eastAsia="Times New Roman" w:hAnsi="Calibri" w:cs="Calibri"/>
          <w:color w:val="000000"/>
        </w:rPr>
        <w:t>)</w:t>
      </w:r>
      <w:r w:rsidR="001335B0" w:rsidRPr="001335B0">
        <w:rPr>
          <w:rFonts w:ascii="Calibri" w:eastAsia="Times New Roman" w:hAnsi="Calibri" w:cs="Calibri"/>
          <w:color w:val="000000"/>
        </w:rPr>
        <w:t xml:space="preserve"> </w:t>
      </w:r>
      <w:r w:rsidR="001335B0">
        <w:rPr>
          <w:rFonts w:ascii="Calibri" w:eastAsia="Times New Roman" w:hAnsi="Calibri" w:cs="Calibri"/>
          <w:color w:val="000000"/>
        </w:rPr>
        <w:tab/>
      </w:r>
      <w:sdt>
        <w:sdtPr>
          <w:rPr>
            <w:rFonts w:ascii="Calibri" w:eastAsia="Times New Roman" w:hAnsi="Calibri" w:cs="Calibri"/>
            <w:color w:val="000000"/>
          </w:rPr>
          <w:id w:val="957141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35B0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1335B0">
        <w:rPr>
          <w:rFonts w:ascii="Calibri" w:eastAsia="Times New Roman" w:hAnsi="Calibri" w:cs="Calibri"/>
          <w:color w:val="000000"/>
        </w:rPr>
        <w:t xml:space="preserve"> Yes </w:t>
      </w:r>
      <w:r w:rsidR="001335B0">
        <w:rPr>
          <w:rFonts w:ascii="Calibri" w:eastAsia="Times New Roman" w:hAnsi="Calibri" w:cs="Calibri"/>
          <w:color w:val="000000"/>
        </w:rPr>
        <w:tab/>
      </w:r>
      <w:sdt>
        <w:sdtPr>
          <w:rPr>
            <w:rFonts w:ascii="Calibri" w:eastAsia="Times New Roman" w:hAnsi="Calibri" w:cs="Calibri"/>
            <w:color w:val="000000"/>
          </w:rPr>
          <w:id w:val="-651286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35B0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1335B0">
        <w:rPr>
          <w:rFonts w:ascii="Calibri" w:eastAsia="Times New Roman" w:hAnsi="Calibri" w:cs="Calibri"/>
          <w:color w:val="000000"/>
        </w:rPr>
        <w:t xml:space="preserve"> No</w:t>
      </w:r>
    </w:p>
    <w:p w14:paraId="16586710" w14:textId="1C9B3FAF" w:rsidR="004E4A8C" w:rsidRPr="004E4A8C" w:rsidRDefault="004E4A8C" w:rsidP="00F7650B">
      <w:pPr>
        <w:pStyle w:val="Heading1"/>
        <w:spacing w:after="120"/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</w:pP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>Is</w:t>
      </w:r>
      <w:r w:rsidRPr="004E4A8C"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 xml:space="preserve"> there </w:t>
      </w:r>
      <w:r w:rsidR="0006685F"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 xml:space="preserve">any </w:t>
      </w:r>
      <w:r w:rsidRPr="004E4A8C"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 xml:space="preserve">additional </w:t>
      </w:r>
      <w:proofErr w:type="gramStart"/>
      <w:r w:rsidRPr="004E4A8C"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>information</w:t>
      </w:r>
      <w:r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>,</w:t>
      </w:r>
      <w:proofErr w:type="gramEnd"/>
      <w:r w:rsidRPr="004E4A8C"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 xml:space="preserve"> </w:t>
      </w:r>
      <w:r w:rsidR="0006685F" w:rsidRPr="004E4A8C"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>you</w:t>
      </w:r>
      <w:r w:rsidRPr="004E4A8C"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 xml:space="preserve"> would like to provide?</w:t>
      </w:r>
      <w:r w:rsidR="00C8246C">
        <w:rPr>
          <w:rFonts w:ascii="Calibri" w:eastAsia="Times New Roman" w:hAnsi="Calibri" w:cs="Calibri"/>
          <w:b w:val="0"/>
          <w:bCs w:val="0"/>
          <w:color w:val="000000"/>
          <w:sz w:val="22"/>
          <w:szCs w:val="22"/>
        </w:rPr>
        <w:t xml:space="preserve"> (If yes, enter below:)</w:t>
      </w:r>
    </w:p>
    <w:sdt>
      <w:sdtPr>
        <w:rPr>
          <w:rStyle w:val="Style1"/>
        </w:rPr>
        <w:id w:val="-285046008"/>
        <w:placeholder>
          <w:docPart w:val="9E55F00D95CC44129E9AA6F821FD1291"/>
        </w:placeholder>
        <w:showingPlcHdr/>
      </w:sdtPr>
      <w:sdtEndPr>
        <w:rPr>
          <w:rStyle w:val="DefaultParagraphFont"/>
          <w:u w:val="none"/>
        </w:rPr>
      </w:sdtEndPr>
      <w:sdtContent>
        <w:p w14:paraId="19CA1009" w14:textId="602B4157" w:rsidR="004E4A8C" w:rsidRDefault="00850CEA" w:rsidP="00F7650B">
          <w:pPr>
            <w:spacing w:after="0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sdtContent>
    </w:sdt>
    <w:p w14:paraId="766D7745" w14:textId="14145968" w:rsidR="004E4A8C" w:rsidRDefault="004E4A8C" w:rsidP="004E4A8C"/>
    <w:p w14:paraId="4811B1CD" w14:textId="587695AC" w:rsidR="00021171" w:rsidRDefault="00021171" w:rsidP="00EF1104">
      <w:pPr>
        <w:pStyle w:val="Heading1"/>
        <w:spacing w:before="240"/>
      </w:pPr>
      <w:r>
        <w:t>Company Management Approval</w:t>
      </w:r>
    </w:p>
    <w:p w14:paraId="69DED844" w14:textId="12FA1F87" w:rsidR="00021171" w:rsidRDefault="00021171" w:rsidP="00021171">
      <w:r>
        <w:t xml:space="preserve">I have </w:t>
      </w:r>
      <w:r w:rsidR="001001AA">
        <w:t>reviewed</w:t>
      </w:r>
      <w:r>
        <w:t xml:space="preserve"> the </w:t>
      </w:r>
      <w:r w:rsidR="00BD7B3F">
        <w:t xml:space="preserve">current </w:t>
      </w:r>
      <w:r>
        <w:t>AEC Technical Committee</w:t>
      </w:r>
      <w:r w:rsidR="00722641">
        <w:t xml:space="preserve"> </w:t>
      </w:r>
      <w:r w:rsidR="0094608A" w:rsidRPr="007E5FDC">
        <w:rPr>
          <w:rFonts w:ascii="Calibri" w:eastAsia="Times New Roman" w:hAnsi="Calibri" w:cs="Calibri"/>
          <w:color w:val="000000"/>
        </w:rPr>
        <w:t>Charter</w:t>
      </w:r>
      <w:r w:rsidR="0094608A">
        <w:rPr>
          <w:rFonts w:ascii="Calibri" w:eastAsia="Times New Roman" w:hAnsi="Calibri" w:cs="Calibri"/>
          <w:color w:val="000000"/>
        </w:rPr>
        <w:t xml:space="preserve"> or </w:t>
      </w:r>
      <w:r w:rsidR="0094608A" w:rsidRPr="007E5FDC">
        <w:rPr>
          <w:rFonts w:ascii="Calibri" w:eastAsia="Times New Roman" w:hAnsi="Calibri" w:cs="Calibri"/>
          <w:color w:val="000000"/>
        </w:rPr>
        <w:t>Bylaw</w:t>
      </w:r>
      <w:r w:rsidR="00BD7B3F">
        <w:rPr>
          <w:rFonts w:ascii="Calibri" w:eastAsia="Times New Roman" w:hAnsi="Calibri" w:cs="Calibri"/>
          <w:color w:val="000000"/>
        </w:rPr>
        <w:t>s</w:t>
      </w:r>
      <w:r w:rsidR="001001AA">
        <w:rPr>
          <w:rFonts w:ascii="Calibri" w:eastAsia="Times New Roman" w:hAnsi="Calibri" w:cs="Calibri"/>
          <w:color w:val="000000"/>
        </w:rPr>
        <w:t>, as applicable</w:t>
      </w:r>
      <w:r w:rsidR="00D218BF">
        <w:rPr>
          <w:rFonts w:ascii="Calibri" w:eastAsia="Times New Roman" w:hAnsi="Calibri" w:cs="Calibri"/>
          <w:color w:val="000000"/>
        </w:rPr>
        <w:t xml:space="preserve">. On behalf of </w:t>
      </w:r>
      <w:r>
        <w:t>my company</w:t>
      </w:r>
      <w:r w:rsidR="00D218BF">
        <w:t xml:space="preserve">, I confirm </w:t>
      </w:r>
      <w:r w:rsidR="003F6C2B">
        <w:t>the company</w:t>
      </w:r>
      <w:r>
        <w:t xml:space="preserve"> supports </w:t>
      </w:r>
      <w:r w:rsidR="003F6C2B">
        <w:t>AEC’s</w:t>
      </w:r>
      <w:r>
        <w:t xml:space="preserve"> stated objectives</w:t>
      </w:r>
      <w:r w:rsidR="004E4A8C">
        <w:t xml:space="preserve"> </w:t>
      </w:r>
      <w:r w:rsidR="003F6C2B">
        <w:t xml:space="preserve">and agrees to fulfill the applicable membership and </w:t>
      </w:r>
      <w:r w:rsidR="00FA7AA3">
        <w:t>financial requirement</w:t>
      </w:r>
      <w:r w:rsidR="003F6C2B">
        <w:t>s</w:t>
      </w:r>
      <w:r>
        <w:t>.</w:t>
      </w:r>
    </w:p>
    <w:p w14:paraId="251B9DE5" w14:textId="7A765DB0" w:rsidR="00021171" w:rsidRDefault="00021171" w:rsidP="0034730E">
      <w:pPr>
        <w:tabs>
          <w:tab w:val="left" w:pos="720"/>
          <w:tab w:val="left" w:pos="4320"/>
          <w:tab w:val="left" w:pos="5580"/>
        </w:tabs>
      </w:pPr>
      <w:r>
        <w:t>Name:</w:t>
      </w:r>
      <w:r w:rsidR="0034730E">
        <w:tab/>
      </w:r>
      <w:sdt>
        <w:sdtPr>
          <w:rPr>
            <w:rStyle w:val="Style1"/>
          </w:rPr>
          <w:id w:val="1249856791"/>
          <w:placeholder>
            <w:docPart w:val="B739AEDD625F4D3A89D6CA5D09FBF9BE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850CEA" w:rsidRPr="00212EDE">
            <w:rPr>
              <w:rStyle w:val="PlaceholderText"/>
            </w:rPr>
            <w:t>Click or tap here to enter text.</w:t>
          </w:r>
        </w:sdtContent>
      </w:sdt>
      <w:r>
        <w:tab/>
      </w:r>
      <w:r w:rsidR="0034730E">
        <w:t>Title:</w:t>
      </w:r>
      <w:r w:rsidR="0034730E">
        <w:tab/>
      </w:r>
      <w:sdt>
        <w:sdtPr>
          <w:rPr>
            <w:rStyle w:val="Style1"/>
          </w:rPr>
          <w:id w:val="-2113579079"/>
          <w:placeholder>
            <w:docPart w:val="C96CDFCE6CF84F939F42AA57A5DF60BC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850CEA" w:rsidRPr="00212EDE">
            <w:rPr>
              <w:rStyle w:val="PlaceholderText"/>
            </w:rPr>
            <w:t>Click or tap here to enter text.</w:t>
          </w:r>
        </w:sdtContent>
      </w:sdt>
    </w:p>
    <w:p w14:paraId="424D2EC5" w14:textId="77777777" w:rsidR="0034730E" w:rsidRDefault="00021171" w:rsidP="0034730E">
      <w:pPr>
        <w:tabs>
          <w:tab w:val="left" w:pos="720"/>
          <w:tab w:val="left" w:pos="4320"/>
          <w:tab w:val="left" w:pos="5580"/>
        </w:tabs>
        <w:spacing w:after="0"/>
        <w:ind w:left="720" w:hanging="720"/>
      </w:pPr>
      <w:r>
        <w:t>Date:</w:t>
      </w:r>
      <w:r w:rsidR="0034730E">
        <w:tab/>
      </w:r>
      <w:sdt>
        <w:sdtPr>
          <w:rPr>
            <w:rStyle w:val="Style1"/>
          </w:rPr>
          <w:id w:val="-184671677"/>
          <w:placeholder>
            <w:docPart w:val="BB0FDD1FEB04411C93959DAE8CB0A3E8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850CEA" w:rsidRPr="00212EDE">
            <w:rPr>
              <w:rStyle w:val="PlaceholderText"/>
            </w:rPr>
            <w:t>Click or tap here to enter text.</w:t>
          </w:r>
        </w:sdtContent>
      </w:sdt>
      <w:r w:rsidR="00850CEA">
        <w:tab/>
      </w:r>
      <w:r>
        <w:t>Signature:</w:t>
      </w:r>
      <w:r w:rsidR="0034730E">
        <w:tab/>
      </w:r>
      <w:sdt>
        <w:sdtPr>
          <w:rPr>
            <w:rStyle w:val="Style1"/>
          </w:rPr>
          <w:id w:val="-1749811335"/>
          <w:placeholder>
            <w:docPart w:val="14B8AE6C3E6E44BF8635ABF24F496F65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850CEA" w:rsidRPr="00212EDE">
            <w:rPr>
              <w:rStyle w:val="PlaceholderText"/>
            </w:rPr>
            <w:t>Click or tap here to enter text.</w:t>
          </w:r>
        </w:sdtContent>
      </w:sdt>
    </w:p>
    <w:p w14:paraId="2F8510F7" w14:textId="71989912" w:rsidR="00021171" w:rsidRDefault="0034730E" w:rsidP="0034730E">
      <w:pPr>
        <w:tabs>
          <w:tab w:val="left" w:pos="720"/>
          <w:tab w:val="left" w:pos="4320"/>
          <w:tab w:val="left" w:pos="5580"/>
        </w:tabs>
        <w:ind w:left="720" w:hanging="720"/>
      </w:pPr>
      <w:r>
        <w:tab/>
      </w:r>
      <w:r>
        <w:tab/>
      </w:r>
      <w:r>
        <w:tab/>
      </w:r>
      <w:r w:rsidR="00021171">
        <w:t>(not required)</w:t>
      </w:r>
    </w:p>
    <w:p w14:paraId="0D82DBE5" w14:textId="0E9420BA" w:rsidR="00443B97" w:rsidRDefault="00B30B26" w:rsidP="00EF1104">
      <w:pPr>
        <w:pStyle w:val="Heading1"/>
        <w:spacing w:before="240"/>
      </w:pPr>
      <w:r>
        <w:t>Submission Information</w:t>
      </w:r>
    </w:p>
    <w:p w14:paraId="703A89B3" w14:textId="129BF169" w:rsidR="00443B97" w:rsidRDefault="00B30B26" w:rsidP="00FF64E2">
      <w:pPr>
        <w:spacing w:after="120"/>
      </w:pPr>
      <w:r>
        <w:t>Submit the completed application to</w:t>
      </w:r>
      <w:r w:rsidR="00ED7788">
        <w:t xml:space="preserve"> both contacts below</w:t>
      </w:r>
      <w:r>
        <w:t>:</w:t>
      </w:r>
    </w:p>
    <w:tbl>
      <w:tblPr>
        <w:tblStyle w:val="TableGrid"/>
        <w:tblW w:w="0" w:type="auto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170"/>
        <w:gridCol w:w="4310"/>
      </w:tblGrid>
      <w:tr w:rsidR="00BE11B0" w14:paraId="3E54273C" w14:textId="77777777" w:rsidTr="0042168C">
        <w:tc>
          <w:tcPr>
            <w:tcW w:w="3780" w:type="dxa"/>
          </w:tcPr>
          <w:p w14:paraId="5DE85CD4" w14:textId="77777777" w:rsidR="00BE11B0" w:rsidRDefault="00BE11B0" w:rsidP="00BE11B0">
            <w:r>
              <w:t>Mike Buzinski, AEC President</w:t>
            </w:r>
          </w:p>
          <w:p w14:paraId="3A042F3B" w14:textId="77777777" w:rsidR="00BE11B0" w:rsidRDefault="00BE11B0" w:rsidP="00BE11B0">
            <w:r>
              <w:t>Microchip Technology</w:t>
            </w:r>
          </w:p>
          <w:p w14:paraId="3111834C" w14:textId="5C78015E" w:rsidR="00BE11B0" w:rsidRDefault="00BE11B0" w:rsidP="00BE11B0">
            <w:r>
              <w:t xml:space="preserve">Email: </w:t>
            </w:r>
            <w:hyperlink r:id="rId8" w:history="1">
              <w:r w:rsidRPr="00D8183D">
                <w:rPr>
                  <w:rStyle w:val="Hyperlink"/>
                </w:rPr>
                <w:t>mike.buzinski@microchip.com</w:t>
              </w:r>
            </w:hyperlink>
          </w:p>
        </w:tc>
        <w:tc>
          <w:tcPr>
            <w:tcW w:w="1170" w:type="dxa"/>
            <w:vAlign w:val="center"/>
          </w:tcPr>
          <w:p w14:paraId="18DCC99C" w14:textId="566EACD2" w:rsidR="00BE11B0" w:rsidRDefault="00BE11B0" w:rsidP="00BE11B0">
            <w:pPr>
              <w:jc w:val="center"/>
            </w:pPr>
          </w:p>
        </w:tc>
        <w:tc>
          <w:tcPr>
            <w:tcW w:w="4310" w:type="dxa"/>
          </w:tcPr>
          <w:p w14:paraId="59FE658E" w14:textId="007CFFD1" w:rsidR="00BE11B0" w:rsidRDefault="00BE11B0" w:rsidP="00BE11B0">
            <w:r>
              <w:t>Maureen Kelley</w:t>
            </w:r>
            <w:r w:rsidR="001A05E8">
              <w:t>, AEC Administration</w:t>
            </w:r>
          </w:p>
          <w:p w14:paraId="79403300" w14:textId="77777777" w:rsidR="00BE11B0" w:rsidRDefault="00BE11B0" w:rsidP="00BE11B0">
            <w:r>
              <w:t>AMR (Association Management Resources)</w:t>
            </w:r>
          </w:p>
          <w:p w14:paraId="07E6DA5F" w14:textId="213B80CA" w:rsidR="00BE11B0" w:rsidRDefault="00BE11B0" w:rsidP="00BE11B0">
            <w:hyperlink r:id="rId9" w:history="1">
              <w:r w:rsidRPr="00D8183D">
                <w:rPr>
                  <w:rStyle w:val="Hyperlink"/>
                </w:rPr>
                <w:t>mkelley@managedbyamr.com</w:t>
              </w:r>
            </w:hyperlink>
            <w:r>
              <w:t xml:space="preserve"> </w:t>
            </w:r>
          </w:p>
        </w:tc>
      </w:tr>
    </w:tbl>
    <w:p w14:paraId="77BAE77A" w14:textId="77777777" w:rsidR="00330D50" w:rsidRDefault="00330D50" w:rsidP="00FF64E2">
      <w:pPr>
        <w:spacing w:after="120"/>
      </w:pPr>
    </w:p>
    <w:sectPr w:rsidR="00330D50" w:rsidSect="00FF64E2">
      <w:headerReference w:type="default" r:id="rId10"/>
      <w:pgSz w:w="12240" w:h="15840"/>
      <w:pgMar w:top="1800" w:right="108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7EC60" w14:textId="77777777" w:rsidR="00AE1FC1" w:rsidRDefault="00AE1FC1" w:rsidP="00FF64E2">
      <w:pPr>
        <w:spacing w:after="0" w:line="240" w:lineRule="auto"/>
      </w:pPr>
      <w:r>
        <w:separator/>
      </w:r>
    </w:p>
  </w:endnote>
  <w:endnote w:type="continuationSeparator" w:id="0">
    <w:p w14:paraId="234A2367" w14:textId="77777777" w:rsidR="00AE1FC1" w:rsidRDefault="00AE1FC1" w:rsidP="00FF6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91D82" w14:textId="77777777" w:rsidR="00AE1FC1" w:rsidRDefault="00AE1FC1" w:rsidP="00FF64E2">
      <w:pPr>
        <w:spacing w:after="0" w:line="240" w:lineRule="auto"/>
      </w:pPr>
      <w:r>
        <w:separator/>
      </w:r>
    </w:p>
  </w:footnote>
  <w:footnote w:type="continuationSeparator" w:id="0">
    <w:p w14:paraId="613BEA0E" w14:textId="77777777" w:rsidR="00AE1FC1" w:rsidRDefault="00AE1FC1" w:rsidP="00FF6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F9895" w14:textId="1956481A" w:rsidR="00FF64E2" w:rsidRDefault="00FF64E2">
    <w:pPr>
      <w:pStyle w:val="Header"/>
    </w:pPr>
    <w:r w:rsidRPr="00FF64E2">
      <w:rPr>
        <w:noProof/>
      </w:rPr>
      <w:drawing>
        <wp:inline distT="0" distB="0" distL="0" distR="0" wp14:anchorId="1E18CC03" wp14:editId="4E5233E7">
          <wp:extent cx="6172200" cy="603250"/>
          <wp:effectExtent l="0" t="0" r="0" b="0"/>
          <wp:docPr id="1412551757" name="Picture 7">
            <a:extLst xmlns:a="http://schemas.openxmlformats.org/drawingml/2006/main">
              <a:ext uri="{FF2B5EF4-FFF2-40B4-BE49-F238E27FC236}">
                <a16:creationId xmlns:a16="http://schemas.microsoft.com/office/drawing/2014/main" id="{50733C46-B27C-8C57-7DB6-7FD91E6992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50733C46-B27C-8C57-7DB6-7FD91E69924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8E5D20"/>
    <w:multiLevelType w:val="hybridMultilevel"/>
    <w:tmpl w:val="A4D4F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677641">
    <w:abstractNumId w:val="8"/>
  </w:num>
  <w:num w:numId="2" w16cid:durableId="2121217525">
    <w:abstractNumId w:val="6"/>
  </w:num>
  <w:num w:numId="3" w16cid:durableId="240722131">
    <w:abstractNumId w:val="5"/>
  </w:num>
  <w:num w:numId="4" w16cid:durableId="510074427">
    <w:abstractNumId w:val="4"/>
  </w:num>
  <w:num w:numId="5" w16cid:durableId="392698146">
    <w:abstractNumId w:val="7"/>
  </w:num>
  <w:num w:numId="6" w16cid:durableId="1391416470">
    <w:abstractNumId w:val="3"/>
  </w:num>
  <w:num w:numId="7" w16cid:durableId="1841919575">
    <w:abstractNumId w:val="2"/>
  </w:num>
  <w:num w:numId="8" w16cid:durableId="1801608240">
    <w:abstractNumId w:val="1"/>
  </w:num>
  <w:num w:numId="9" w16cid:durableId="1702049749">
    <w:abstractNumId w:val="0"/>
  </w:num>
  <w:num w:numId="10" w16cid:durableId="586767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uBxYJ8n4jPOLzKyPRLFoM/DmrVQP6thXKf8DarIqFUMy5xCw1QnDpmSjjlrbUG714bIWv/FCnPYUIC0+W1w53g==" w:salt="rqYtqAcF/BCkRJ4wZ7g1r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171"/>
    <w:rsid w:val="0002246D"/>
    <w:rsid w:val="00025BFF"/>
    <w:rsid w:val="00034616"/>
    <w:rsid w:val="000451BA"/>
    <w:rsid w:val="0006063C"/>
    <w:rsid w:val="0006685F"/>
    <w:rsid w:val="00080801"/>
    <w:rsid w:val="001001AA"/>
    <w:rsid w:val="001335B0"/>
    <w:rsid w:val="0015074B"/>
    <w:rsid w:val="001952BD"/>
    <w:rsid w:val="001A05E8"/>
    <w:rsid w:val="001C246F"/>
    <w:rsid w:val="001C5592"/>
    <w:rsid w:val="001F46AA"/>
    <w:rsid w:val="0023595E"/>
    <w:rsid w:val="00264CDA"/>
    <w:rsid w:val="00273893"/>
    <w:rsid w:val="00285281"/>
    <w:rsid w:val="0029639D"/>
    <w:rsid w:val="002F2B38"/>
    <w:rsid w:val="002F5290"/>
    <w:rsid w:val="00303864"/>
    <w:rsid w:val="0030655E"/>
    <w:rsid w:val="00314230"/>
    <w:rsid w:val="00326F90"/>
    <w:rsid w:val="00330D50"/>
    <w:rsid w:val="0034730E"/>
    <w:rsid w:val="00347841"/>
    <w:rsid w:val="003510A7"/>
    <w:rsid w:val="00354277"/>
    <w:rsid w:val="00363F70"/>
    <w:rsid w:val="00386493"/>
    <w:rsid w:val="00392207"/>
    <w:rsid w:val="00397591"/>
    <w:rsid w:val="003C1006"/>
    <w:rsid w:val="003C2875"/>
    <w:rsid w:val="003D0014"/>
    <w:rsid w:val="003F6C2B"/>
    <w:rsid w:val="0042168C"/>
    <w:rsid w:val="00441AF6"/>
    <w:rsid w:val="00443B97"/>
    <w:rsid w:val="00477C80"/>
    <w:rsid w:val="004E4A8C"/>
    <w:rsid w:val="00521F4F"/>
    <w:rsid w:val="0053364D"/>
    <w:rsid w:val="005376D3"/>
    <w:rsid w:val="00551B82"/>
    <w:rsid w:val="005B2568"/>
    <w:rsid w:val="005B6C03"/>
    <w:rsid w:val="005D0AFF"/>
    <w:rsid w:val="006117EC"/>
    <w:rsid w:val="0061382C"/>
    <w:rsid w:val="0064400F"/>
    <w:rsid w:val="006778DB"/>
    <w:rsid w:val="0068713D"/>
    <w:rsid w:val="00694B46"/>
    <w:rsid w:val="006A6FCA"/>
    <w:rsid w:val="006C1E98"/>
    <w:rsid w:val="006E5868"/>
    <w:rsid w:val="006F5FD4"/>
    <w:rsid w:val="00722641"/>
    <w:rsid w:val="007346C8"/>
    <w:rsid w:val="00745E69"/>
    <w:rsid w:val="00757653"/>
    <w:rsid w:val="007B439E"/>
    <w:rsid w:val="007D6AFD"/>
    <w:rsid w:val="007E5FDC"/>
    <w:rsid w:val="00831DE6"/>
    <w:rsid w:val="00850CEA"/>
    <w:rsid w:val="00873051"/>
    <w:rsid w:val="008C09B0"/>
    <w:rsid w:val="008C705B"/>
    <w:rsid w:val="00921466"/>
    <w:rsid w:val="00931855"/>
    <w:rsid w:val="009339C3"/>
    <w:rsid w:val="009433AD"/>
    <w:rsid w:val="0094608A"/>
    <w:rsid w:val="009951CE"/>
    <w:rsid w:val="009C6223"/>
    <w:rsid w:val="009E559C"/>
    <w:rsid w:val="009E65F1"/>
    <w:rsid w:val="00A15040"/>
    <w:rsid w:val="00A176BC"/>
    <w:rsid w:val="00A64AEA"/>
    <w:rsid w:val="00A6791A"/>
    <w:rsid w:val="00A9515D"/>
    <w:rsid w:val="00AA05C8"/>
    <w:rsid w:val="00AA1D8D"/>
    <w:rsid w:val="00AE1FC1"/>
    <w:rsid w:val="00AF3B2A"/>
    <w:rsid w:val="00B01EF0"/>
    <w:rsid w:val="00B109DE"/>
    <w:rsid w:val="00B11090"/>
    <w:rsid w:val="00B30B26"/>
    <w:rsid w:val="00B37E39"/>
    <w:rsid w:val="00B47730"/>
    <w:rsid w:val="00B7140E"/>
    <w:rsid w:val="00B86B8E"/>
    <w:rsid w:val="00B97C7B"/>
    <w:rsid w:val="00BA3C89"/>
    <w:rsid w:val="00BA4A8B"/>
    <w:rsid w:val="00BD7B3F"/>
    <w:rsid w:val="00BE11B0"/>
    <w:rsid w:val="00BE659E"/>
    <w:rsid w:val="00BF1B98"/>
    <w:rsid w:val="00C16A9B"/>
    <w:rsid w:val="00C53B2E"/>
    <w:rsid w:val="00C736BF"/>
    <w:rsid w:val="00C809C9"/>
    <w:rsid w:val="00C8246C"/>
    <w:rsid w:val="00CA0212"/>
    <w:rsid w:val="00CB0664"/>
    <w:rsid w:val="00CD4BF5"/>
    <w:rsid w:val="00CF28C5"/>
    <w:rsid w:val="00D17F8A"/>
    <w:rsid w:val="00D218BF"/>
    <w:rsid w:val="00D74BAD"/>
    <w:rsid w:val="00DA2FD0"/>
    <w:rsid w:val="00DB4D77"/>
    <w:rsid w:val="00DB65E2"/>
    <w:rsid w:val="00DC5581"/>
    <w:rsid w:val="00E02F38"/>
    <w:rsid w:val="00E73651"/>
    <w:rsid w:val="00E94D4D"/>
    <w:rsid w:val="00EA3FD4"/>
    <w:rsid w:val="00ED0237"/>
    <w:rsid w:val="00ED7788"/>
    <w:rsid w:val="00EF0211"/>
    <w:rsid w:val="00EF1104"/>
    <w:rsid w:val="00F7650B"/>
    <w:rsid w:val="00F95E58"/>
    <w:rsid w:val="00FA7AA3"/>
    <w:rsid w:val="00FC36FD"/>
    <w:rsid w:val="00FC693F"/>
    <w:rsid w:val="00FE3B41"/>
    <w:rsid w:val="00FF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117BA5"/>
  <w14:defaultImageDpi w14:val="300"/>
  <w15:docId w15:val="{F8D29D36-F326-4E4F-AD98-E1F19DE4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5B0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211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17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C1E98"/>
    <w:rPr>
      <w:color w:val="666666"/>
    </w:rPr>
  </w:style>
  <w:style w:type="character" w:customStyle="1" w:styleId="Style1">
    <w:name w:val="Style1"/>
    <w:basedOn w:val="DefaultParagraphFont"/>
    <w:uiPriority w:val="1"/>
    <w:rsid w:val="006C1E98"/>
    <w:rPr>
      <w:u w:val="single"/>
    </w:rPr>
  </w:style>
  <w:style w:type="character" w:customStyle="1" w:styleId="Style2">
    <w:name w:val="Style2"/>
    <w:basedOn w:val="DefaultParagraphFont"/>
    <w:uiPriority w:val="1"/>
    <w:rsid w:val="00850CEA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.buzinski@microchip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kelley@managedbyam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0ECF78FB984A0891D72D0B0F41B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05DCF-9A19-4228-8035-0857065536DA}"/>
      </w:docPartPr>
      <w:docPartBody>
        <w:p w:rsidR="00F875AD" w:rsidRDefault="009E14B2" w:rsidP="009E14B2">
          <w:pPr>
            <w:pStyle w:val="5C0ECF78FB984A0891D72D0B0F41BD687"/>
          </w:pPr>
          <w:r w:rsidRPr="006C1E98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B6332AAA6494691BBB0681C63827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589F2-2D88-44DA-AB0B-0DD00EC5047B}"/>
      </w:docPartPr>
      <w:docPartBody>
        <w:p w:rsidR="00F875AD" w:rsidRDefault="009E14B2" w:rsidP="009E14B2">
          <w:pPr>
            <w:pStyle w:val="9B6332AAA6494691BBB0681C63827E927"/>
          </w:pPr>
          <w:r w:rsidRPr="006C1E98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52D24FBC6C5C44639715AE77BD999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931F6-7F96-43BF-AA0B-2C30B95333B2}"/>
      </w:docPartPr>
      <w:docPartBody>
        <w:p w:rsidR="00F875AD" w:rsidRDefault="009E14B2" w:rsidP="009E14B2">
          <w:pPr>
            <w:pStyle w:val="52D24FBC6C5C44639715AE77BD9991035"/>
          </w:pPr>
          <w:r w:rsidRPr="00212E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BFE8E03E7E4F9E99878EA2EC486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E9E2C-23A1-4663-A875-2A229C3BDD07}"/>
      </w:docPartPr>
      <w:docPartBody>
        <w:p w:rsidR="00F875AD" w:rsidRDefault="009E14B2" w:rsidP="009E14B2">
          <w:pPr>
            <w:pStyle w:val="0BBFE8E03E7E4F9E99878EA2EC4864A14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8597B5CF26340F79D012BE04ECAD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474CB-3724-42B5-807E-8F118379C359}"/>
      </w:docPartPr>
      <w:docPartBody>
        <w:p w:rsidR="00F875AD" w:rsidRDefault="009E14B2" w:rsidP="009E14B2">
          <w:pPr>
            <w:pStyle w:val="A8597B5CF26340F79D012BE04ECADBB94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41C443FD319F47FD82C1B0C68B6E9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9A0EF-2EEA-4781-8342-8C9045FC529D}"/>
      </w:docPartPr>
      <w:docPartBody>
        <w:p w:rsidR="00F875AD" w:rsidRDefault="009E14B2" w:rsidP="009E14B2">
          <w:pPr>
            <w:pStyle w:val="41C443FD319F47FD82C1B0C68B6E914D4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118C90F300AE4E738FF80AACAF9E5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43F4C-0EAD-48BC-B8B8-0F692791C639}"/>
      </w:docPartPr>
      <w:docPartBody>
        <w:p w:rsidR="00F875AD" w:rsidRDefault="009E14B2" w:rsidP="009E14B2">
          <w:pPr>
            <w:pStyle w:val="118C90F300AE4E738FF80AACAF9E59724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F8A4F4040A25435E9D733D8E715BD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B3674-07EA-4118-8811-82D52C1906B2}"/>
      </w:docPartPr>
      <w:docPartBody>
        <w:p w:rsidR="00F875AD" w:rsidRDefault="009E14B2" w:rsidP="009E14B2">
          <w:pPr>
            <w:pStyle w:val="F8A4F4040A25435E9D733D8E715BD2444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FF15593A1B324D8FBD88759A6F464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3B1D4-80FC-4EFD-8147-0F4F0A63C422}"/>
      </w:docPartPr>
      <w:docPartBody>
        <w:p w:rsidR="00F875AD" w:rsidRDefault="009E14B2" w:rsidP="009E14B2">
          <w:pPr>
            <w:pStyle w:val="FF15593A1B324D8FBD88759A6F46430F4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861B9DCBDB943258D677CDA8177C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F87CF-7B8A-48A4-9C1C-9F7579674ACC}"/>
      </w:docPartPr>
      <w:docPartBody>
        <w:p w:rsidR="00F875AD" w:rsidRDefault="009E14B2" w:rsidP="009E14B2">
          <w:pPr>
            <w:pStyle w:val="3861B9DCBDB943258D677CDA8177C29A4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8486F78F862F45BD8B88E41895CC6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E3F66-089D-44CD-A356-CCF1807E149E}"/>
      </w:docPartPr>
      <w:docPartBody>
        <w:p w:rsidR="00F875AD" w:rsidRDefault="009E14B2" w:rsidP="009E14B2">
          <w:pPr>
            <w:pStyle w:val="8486F78F862F45BD8B88E41895CC60724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E55F00D95CC44129E9AA6F821FD1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4349F-21E4-4A62-AEA1-5C5852137884}"/>
      </w:docPartPr>
      <w:docPartBody>
        <w:p w:rsidR="00F875AD" w:rsidRDefault="009E14B2" w:rsidP="009E14B2">
          <w:pPr>
            <w:pStyle w:val="9E55F00D95CC44129E9AA6F821FD12914"/>
          </w:pPr>
          <w:r w:rsidRPr="0034730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B739AEDD625F4D3A89D6CA5D09FBF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B82C1-D3D3-419E-94CE-202CD0C4963D}"/>
      </w:docPartPr>
      <w:docPartBody>
        <w:p w:rsidR="00F875AD" w:rsidRDefault="009E14B2" w:rsidP="009E14B2">
          <w:pPr>
            <w:pStyle w:val="B739AEDD625F4D3A89D6CA5D09FBF9BE4"/>
          </w:pPr>
          <w:r w:rsidRPr="00212E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CDFCE6CF84F939F42AA57A5DF6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513C4-1AD8-4AA0-A208-3A4FECA392FD}"/>
      </w:docPartPr>
      <w:docPartBody>
        <w:p w:rsidR="00F875AD" w:rsidRDefault="009E14B2" w:rsidP="009E14B2">
          <w:pPr>
            <w:pStyle w:val="C96CDFCE6CF84F939F42AA57A5DF60BC4"/>
          </w:pPr>
          <w:r w:rsidRPr="00212E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0FDD1FEB04411C93959DAE8CB0A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40C86-E0BB-42B1-B69F-6C82FA54029C}"/>
      </w:docPartPr>
      <w:docPartBody>
        <w:p w:rsidR="00F875AD" w:rsidRDefault="009E14B2" w:rsidP="009E14B2">
          <w:pPr>
            <w:pStyle w:val="BB0FDD1FEB04411C93959DAE8CB0A3E84"/>
          </w:pPr>
          <w:r w:rsidRPr="00212E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B8AE6C3E6E44BF8635ABF24F496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C49AB-032A-4A1D-B51B-9F755FA76066}"/>
      </w:docPartPr>
      <w:docPartBody>
        <w:p w:rsidR="00F875AD" w:rsidRDefault="009E14B2" w:rsidP="009E14B2">
          <w:pPr>
            <w:pStyle w:val="14B8AE6C3E6E44BF8635ABF24F496F654"/>
          </w:pPr>
          <w:r w:rsidRPr="00212E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05071C7C49406DABB12BA0DD898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AA3BD-3584-48CA-AA43-954B2B10688A}"/>
      </w:docPartPr>
      <w:docPartBody>
        <w:p w:rsidR="00F875AD" w:rsidRDefault="009E14B2" w:rsidP="009E14B2">
          <w:pPr>
            <w:pStyle w:val="3605071C7C49406DABB12BA0DD898DB2"/>
          </w:pPr>
          <w:r w:rsidRPr="00FF64E2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F3827D7FAF946B89492F5B55D636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51FC2-4A21-4C05-A712-B196F030291E}"/>
      </w:docPartPr>
      <w:docPartBody>
        <w:p w:rsidR="00F875AD" w:rsidRDefault="009E14B2" w:rsidP="009E14B2">
          <w:pPr>
            <w:pStyle w:val="AF3827D7FAF946B89492F5B55D63668B"/>
          </w:pPr>
          <w:r w:rsidRPr="00FF64E2">
            <w:rPr>
              <w:rStyle w:val="PlaceholderText"/>
              <w:u w:val="single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B2"/>
    <w:rsid w:val="00012CF5"/>
    <w:rsid w:val="002F5290"/>
    <w:rsid w:val="00395B9A"/>
    <w:rsid w:val="005A7BC0"/>
    <w:rsid w:val="007E3567"/>
    <w:rsid w:val="008203D2"/>
    <w:rsid w:val="00822459"/>
    <w:rsid w:val="008C705B"/>
    <w:rsid w:val="00921466"/>
    <w:rsid w:val="009C0BF8"/>
    <w:rsid w:val="009E14B2"/>
    <w:rsid w:val="00A6791A"/>
    <w:rsid w:val="00AF3B2A"/>
    <w:rsid w:val="00B01EF0"/>
    <w:rsid w:val="00B86B8E"/>
    <w:rsid w:val="00BA28F3"/>
    <w:rsid w:val="00DB65E2"/>
    <w:rsid w:val="00F875AD"/>
    <w:rsid w:val="00FC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2CF5"/>
    <w:rPr>
      <w:color w:val="666666"/>
    </w:rPr>
  </w:style>
  <w:style w:type="paragraph" w:customStyle="1" w:styleId="5C0ECF78FB984A0891D72D0B0F41BD687">
    <w:name w:val="5C0ECF78FB984A0891D72D0B0F41BD687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9B6332AAA6494691BBB0681C63827E927">
    <w:name w:val="9B6332AAA6494691BBB0681C63827E927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52D24FBC6C5C44639715AE77BD9991035">
    <w:name w:val="52D24FBC6C5C44639715AE77BD9991035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0BBFE8E03E7E4F9E99878EA2EC4864A14">
    <w:name w:val="0BBFE8E03E7E4F9E99878EA2EC4864A1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A8597B5CF26340F79D012BE04ECADBB94">
    <w:name w:val="A8597B5CF26340F79D012BE04ECADBB9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41C443FD319F47FD82C1B0C68B6E914D4">
    <w:name w:val="41C443FD319F47FD82C1B0C68B6E914D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3605071C7C49406DABB12BA0DD898DB2">
    <w:name w:val="3605071C7C49406DABB12BA0DD898DB2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AF3827D7FAF946B89492F5B55D63668B">
    <w:name w:val="AF3827D7FAF946B89492F5B55D63668B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118C90F300AE4E738FF80AACAF9E59724">
    <w:name w:val="118C90F300AE4E738FF80AACAF9E5972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F8A4F4040A25435E9D733D8E715BD2444">
    <w:name w:val="F8A4F4040A25435E9D733D8E715BD244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FF15593A1B324D8FBD88759A6F46430F4">
    <w:name w:val="FF15593A1B324D8FBD88759A6F46430F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3861B9DCBDB943258D677CDA8177C29A4">
    <w:name w:val="3861B9DCBDB943258D677CDA8177C29A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8486F78F862F45BD8B88E41895CC60724">
    <w:name w:val="8486F78F862F45BD8B88E41895CC6072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9E55F00D95CC44129E9AA6F821FD12914">
    <w:name w:val="9E55F00D95CC44129E9AA6F821FD1291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739AEDD625F4D3A89D6CA5D09FBF9BE4">
    <w:name w:val="B739AEDD625F4D3A89D6CA5D09FBF9BE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C96CDFCE6CF84F939F42AA57A5DF60BC4">
    <w:name w:val="C96CDFCE6CF84F939F42AA57A5DF60BC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B0FDD1FEB04411C93959DAE8CB0A3E84">
    <w:name w:val="BB0FDD1FEB04411C93959DAE8CB0A3E84"/>
    <w:rsid w:val="009E14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14B8AE6C3E6E44BF8635ABF24F496F654">
    <w:name w:val="14B8AE6C3E6E44BF8635ABF24F496F654"/>
    <w:rsid w:val="009E14B2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cd8a103-d543-4248-b674-6a73234556fa}" enabled="1" method="Standard" siteId="{5047bca2-da88-442e-a09a-d9b8af692ad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476</Words>
  <Characters>2989</Characters>
  <Application>Microsoft Office Word</Application>
  <DocSecurity>0</DocSecurity>
  <Lines>49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Mike Buzinski - C10275</cp:lastModifiedBy>
  <cp:revision>103</cp:revision>
  <dcterms:created xsi:type="dcterms:W3CDTF">2026-07-11T04:47:00Z</dcterms:created>
  <dcterms:modified xsi:type="dcterms:W3CDTF">2026-10-16T20:56:00Z</dcterms:modified>
  <cp:category/>
</cp:coreProperties>
</file>